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Kasım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2 Kasım 2026 – 4 Aralık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8. – 11.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Atatürk ve Çocuklar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Saygıyla Anıyoruz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Doğada Neler Oluyor?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Mevsimler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Doğada Neler Oluyor?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Doğayı Koruyorum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MAT.2.1.2: İki basamaklı sayıları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Basamaklar Arasındaki İlişki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Sıralama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MAT.2.1.3: Sayıların sırasını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Sayıları Sıralama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Sıralama / Ritmik Sayma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MAT.2.1.3: Sayıların sırasını belirleyebilme</w:t>
              <w:br/>
              <w:t>MAT.2.1.4: İleriye ve geriye doğru ritmik sayabilme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Komşu Sayılar ve Ritmik Sayma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Ritmik Sayma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MAT.2.1.4: İleriye ve geriye doğru ritmik sayabilme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Üçer, Dörder ve Geriye Sayma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Sağlıklı Büyüme ve Gelişmeyi Etkileyen Alışkanlıklar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HB.2.2.1: Sağlıklı büyüme ve gelişme ile alışkanlıkları arasındaki ilişkiyi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Kişisel Bakım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Çevrim İçi Ortamlarda Kişisel Güvenlik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HB.2.2.2: Çevrim içi ortamlarda kişisel güvenliğini sağlayabilme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Kişisel Bilgilerim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Çevrim İçi Ortamlarda Kişisel Güvenlik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HB.2.2.2: Çevrim içi ortamlarda kişisel güvenliğini sağlayabilme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Güvenli Paylaşım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Trafik İşaret Levhaları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HB.2.2.3: Temel trafik işaret levhalarını tanıyabilme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Trafik İşaretleri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GS.2.2.2: Millî kültüre ait motiflerle birim ve biçim ilişkisi kurarak sanatsal üretim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GS.2.3.1: Çağdaş Türk resim sanatında natürmort temalı eserleri inceleyebilme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GS.2.3.1: Çağdaş Türk resim sanatında natürmort temalı eserleri inceleyebilme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GS.2.3.2: Ana renkler, ara renkler ve biçim zıtlıklarıyla natürmort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MÜZ.2.1.4: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MÜZ.2.1.4: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8. hafta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9. hafta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10. hafta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11. hafta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Atatürk Haftası</w:t>
      </w:r>
      <w:r>
        <w:rPr>
          <w:b w:val="0"/>
        </w:rPr>
        <w:t xml:space="preserve"> (10–16 Kasım) — Saygı duruşu, 10 Kasım anma programı, pano</w:t>
      </w:r>
    </w:p>
    <w:p>
      <w:pPr>
        <w:pStyle w:val="ListBullet"/>
      </w:pPr>
      <w:r>
        <w:rPr>
          <w:b/>
        </w:rPr>
        <w:t>Afet Eğitimi Hazırlık Günü</w:t>
      </w:r>
      <w:r>
        <w:rPr>
          <w:b w:val="0"/>
        </w:rPr>
        <w:t xml:space="preserve"> (12 Kasım) — Çök-kapan-tutun tatbikatı</w:t>
      </w:r>
    </w:p>
    <w:p>
      <w:pPr>
        <w:pStyle w:val="ListBullet"/>
      </w:pPr>
      <w:r>
        <w:rPr>
          <w:b/>
        </w:rPr>
        <w:t>Dünya Çocuk Hakları Günü</w:t>
      </w:r>
      <w:r>
        <w:rPr>
          <w:b w:val="0"/>
        </w:rPr>
        <w:t xml:space="preserve"> (20 Kasım) — Haklarımız etkinliği, sınıf hakları panosu · Ara tatile denk gelir; okulda 23 Kasım Pazartesi yapılabilir.</w:t>
      </w:r>
    </w:p>
    <w:p>
      <w:pPr>
        <w:pStyle w:val="ListBullet"/>
      </w:pPr>
      <w:r>
        <w:rPr>
          <w:b/>
        </w:rPr>
        <w:t>Ağız ve Diş Sağlığı Haftası</w:t>
      </w:r>
      <w:r>
        <w:rPr>
          <w:b w:val="0"/>
        </w:rPr>
        <w:t xml:space="preserve"> (21–27 Kasım) — Diş fırçalama uygulaması</w:t>
      </w:r>
    </w:p>
    <w:p>
      <w:pPr>
        <w:pStyle w:val="ListBullet"/>
      </w:pPr>
      <w:r>
        <w:rPr>
          <w:b/>
        </w:rPr>
        <w:t>Öğretmenler Günü</w:t>
      </w:r>
      <w:r>
        <w:rPr>
          <w:b w:val="0"/>
        </w:rPr>
        <w:t xml:space="preserve"> (24 Kasım) — Sınıf kutlaması, kart yapımı</w:t>
      </w:r>
    </w:p>
    <w:p>
      <w:pPr>
        <w:pStyle w:val="ListBullet"/>
      </w:pPr>
      <w:r>
        <w:rPr>
          <w:b/>
        </w:rPr>
        <w:t>Dünya Engelliler Günü</w:t>
      </w:r>
      <w:r>
        <w:rPr>
          <w:b w:val="0"/>
        </w:rPr>
        <w:t xml:space="preserve"> (3 Aralık) — Empati etkinliği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Kasım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