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Mart Ayı Eğitim-Öğretim Raporu</w:t>
      </w:r>
    </w:p>
    <w:p>
      <w:pPr>
        <w:jc w:val="center"/>
      </w:pPr>
      <w:r>
        <w:rPr>
          <w:b/>
          <w:color w:val="4A5A64"/>
          <w:sz w:val="20"/>
        </w:rPr>
        <w:t>2.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1 Mart 2027 – 2 Nisan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22. – 25.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Tanıyoruz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T.Y.2.4: Yazma sürecine etki eden durumları gözden geçirebilme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Tanıyoruz / 6. Tema: Mucit Çocuk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T.K.2.4: Konuşma sürecine etki eden durumları gözden geçirebilme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T.Y.2.4: Yazma sürecine etki eden durumları gözden geçirebilme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Mucit Çocuk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T.K.2.4: Konuşma sürecine etki eden durumları gözden geçirebilme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Mucit Çocuk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T.K.2.4: Konuşma sürecine etki eden durumları gözden geçirebilme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Çarpma ve Bölme İşlemlerinin Sonuçlarını Tahmin Etme ve Zihinden İşlem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MAT.2.2.5: Çarpma ve bölme işlemlerinin sonuçlarını tahminde bulunarak ve zihinden işlem yaparak muhakeme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Çarpma ve Bölme İşlemlerinin Sonuçlarını Tahmin Etme ve Zihinden İşlem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MAT.2.2.5: Çarpma ve bölme işlemlerinin sonuçlarını tahminde bulunarak ve zihinden işlem yaparak muhakeme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Dört İşlemde Eşitlik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MAT.2.2.6: Dört işlem bağlamında eşitliğin farklı anlamlarını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Dört İşlemde Eşitlik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MAT.2.2.6: Dört işlem bağlamında eşitliğin farklı anlamlarını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Mustafa Kemal Atatürk’ün Öğrenim Hayatı / Millî Gün ve Bayramların Önemi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HB.2.4.3: Mustafa Kemal Atatürk’ün öğrencilik hayatını ifade edebilme</w:t>
              <w:br/>
              <w:t>HB.2.4.4: Millî gün ve bayramların önemini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Millî Gün ve Bayramların Önemi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HB.2.4.4: Millî gün ve bayramların önemini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Dinî Gün ve Bayramların Önemi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HB.2.4.5: Dinî gün ve bayramların önemini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Dinî Gün ve Bayramların Önemi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HB.2.4.5: Dinî gün ve bayramların önemini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Renk ve Estetik</w:t>
              <w:br/>
              <w:t>Ana, Ara Renkler ve Farklı Çizgi Türleriyle Kent Peyzajı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GS.2.5.1: Ana, ara renkleri ve farklı çizgi türlerini kullanarak kent peyzajı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Renk ve Estetik</w:t>
              <w:br/>
              <w:t>Ana, Ara Renkler ve Farklı Çizgi Türleriyle Kent Peyzajı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GS.2.5.1: Ana, ara renkleri ve farklı çizgi türlerini kullanarak kent peyzajı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Değerler ve Sanat</w:t>
              <w:br/>
              <w:t>Doğa ile Vatan Sevgisi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GS.2.6.1: Doğa ve vatan sevgisini ilişkilendirerek sanatsal üretim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Değerler ve Sanat</w:t>
              <w:br/>
              <w:t>Doğa ile Vatan Sevgisi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GS.2.6.1: Doğa ve vatan sevgisini ilişkilendirerek sanatsal üretim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Ezgi veren vurmalı çalgılar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MÜZ.2.2.2: Ezgi veren vurmalı çalgıların özelliklerini karşılaştırabilme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Belirli gün ve haftalarla ilgili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MÜZ.2.2.4: Belirli gün ve haftalarla ilgili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Farklı türdeki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MÜZ.2.2.3: Farklı türdeki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Farklı türdeki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MÜZ.2.2.3: Farklı türdeki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Ritimle Hareket Ediyorum</w:t>
              <w:br/>
              <w:t>Belirlenen Tempodaki Müziğe Uygun Hareket Etme / Eşle veya Grupla Ritmik Hareket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BEO.2.3.1: Belirlenen tempodaki müziğe uygun hareket edebilme</w:t>
              <w:br/>
              <w:t>BEO.2.3.2: Eşle veya grupla ritmik hareket etme becerisini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Ritimle Hareket Ediyorum</w:t>
              <w:br/>
              <w:t>Eşle veya Grupla Ritmik Hareket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BEO.2.3.2: Eşle veya grupla ritmik hareket etme becerisini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Ritimle Hareket Ediyorum</w:t>
              <w:br/>
              <w:t>Eşle veya Grupla Ritmik Hareket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BEO.2.3.2: Eşle veya grupla ritmik hareket etme becerisini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Ritimle Hareket Ediyorum</w:t>
              <w:br/>
              <w:t>Eşle veya Grupla Ritmik Hareket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BEO.2.3.2: Eşle veya grupla ritmik hareket etme becerisini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Yeşilay Haftası</w:t>
      </w:r>
      <w:r>
        <w:rPr>
          <w:b w:val="0"/>
        </w:rPr>
        <w:t xml:space="preserve"> (1–5 Mart) — Sağlıklı yaşam, ekran süresi çalışması</w:t>
      </w:r>
    </w:p>
    <w:p>
      <w:pPr>
        <w:pStyle w:val="ListBullet"/>
      </w:pPr>
      <w:r>
        <w:rPr>
          <w:b/>
        </w:rPr>
        <w:t>Bilim ve Teknoloji Haftası</w:t>
      </w:r>
      <w:r>
        <w:rPr>
          <w:b w:val="0"/>
        </w:rPr>
        <w:t xml:space="preserve"> (8–14 Mart) — Basit deneyler · Ara tatile denk gelir; okulda 15 Mart Pazartesi yapılabilir.</w:t>
      </w:r>
    </w:p>
    <w:p>
      <w:pPr>
        <w:pStyle w:val="ListBullet"/>
      </w:pPr>
      <w:r>
        <w:rPr>
          <w:b/>
        </w:rPr>
        <w:t>İstiklâl Marşı’nın Kabulü ve Mehmet Akif Ersoy’u Anma Günü</w:t>
      </w:r>
      <w:r>
        <w:rPr>
          <w:b w:val="0"/>
        </w:rPr>
        <w:t xml:space="preserve"> (12 Mart) — Anma programı, marş çalışması · Ara tatile denk gelir; okulda 15 Mart Pazartesi yapılabilir.</w:t>
      </w:r>
    </w:p>
    <w:p>
      <w:pPr>
        <w:pStyle w:val="ListBullet"/>
      </w:pPr>
      <w:r>
        <w:rPr>
          <w:b/>
        </w:rPr>
        <w:t>Şehitler Günü</w:t>
      </w:r>
      <w:r>
        <w:rPr>
          <w:b w:val="0"/>
        </w:rPr>
        <w:t xml:space="preserve"> (18 Mart) — Anma, şiir, pano</w:t>
      </w:r>
    </w:p>
    <w:p>
      <w:pPr>
        <w:pStyle w:val="ListBullet"/>
      </w:pPr>
      <w:r>
        <w:rPr>
          <w:b/>
        </w:rPr>
        <w:t>Yaşlılar Haftası</w:t>
      </w:r>
      <w:r>
        <w:rPr>
          <w:b w:val="0"/>
        </w:rPr>
        <w:t xml:space="preserve"> (18–24 Mart) — Büyüklerimizi ziyaret / mektup</w:t>
      </w:r>
    </w:p>
    <w:p>
      <w:pPr>
        <w:pStyle w:val="ListBullet"/>
      </w:pPr>
      <w:r>
        <w:rPr>
          <w:b/>
        </w:rPr>
        <w:t>Orman Haftası</w:t>
      </w:r>
      <w:r>
        <w:rPr>
          <w:b w:val="0"/>
        </w:rPr>
        <w:t xml:space="preserve"> (21–26 Mart) — Fidan dikimi / tohum ekimi</w:t>
      </w:r>
    </w:p>
    <w:p>
      <w:pPr>
        <w:pStyle w:val="ListBullet"/>
      </w:pPr>
      <w:r>
        <w:rPr>
          <w:b/>
        </w:rPr>
        <w:t>Dünya Su Günü</w:t>
      </w:r>
      <w:r>
        <w:rPr>
          <w:b w:val="0"/>
        </w:rPr>
        <w:t xml:space="preserve"> (22 Mart) — Su tasarrufu etkinliği</w:t>
      </w:r>
    </w:p>
    <w:p>
      <w:pPr>
        <w:pStyle w:val="ListBullet"/>
      </w:pPr>
      <w:r>
        <w:rPr>
          <w:b/>
        </w:rPr>
        <w:t>Kütüphaneler Haftası</w:t>
      </w:r>
      <w:r>
        <w:rPr>
          <w:b w:val="0"/>
        </w:rPr>
        <w:t xml:space="preserve"> (29 Mart – 2 Nisan) — Sınıf kitaplığı düzenleme, okuma saati</w:t>
      </w:r>
    </w:p>
    <w:p>
      <w:pPr>
        <w:pStyle w:val="ListBullet"/>
      </w:pPr>
      <w:r>
        <w:rPr>
          <w:b/>
        </w:rPr>
        <w:t>Dünya Otizm Farkındalık Günü</w:t>
      </w:r>
      <w:r>
        <w:rPr>
          <w:b w:val="0"/>
        </w:rPr>
        <w:t xml:space="preserve"> (2 Nisan) — Farklılıklara saygı etkinliği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Mart (2.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