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Matematik</w:t>
      </w:r>
    </w:p>
    <w:p>
      <w:pPr>
        <w:jc w:val="center"/>
      </w:pPr>
      <w:r>
        <w:rPr>
          <w:b/>
          <w:color w:val="4A5A64"/>
          <w:sz w:val="20"/>
        </w:rPr>
        <w:t>4.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Kazanım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4, 5 ve 6 basamaklı doğal sayıları okur ve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10 000’e kadar (10 000 dâhil) yüzer ve biner sayar.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4, 5 ve 6 basamaklı doğal sayıların bölüklerini ve basamaklarını, basamaklarındaki rakamların basamak değerlerini belirler ve çözümler.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sayıları en yakın onluğa veya yüzlüğe yuvarlar.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altı basamaklı doğal sayıları büyük/küçük sembolü kullanarak sıralar.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M.4.1.1.6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Belli bir kurala göre artan veya azalan sayı örüntüleri oluşturur ve kuralını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dört basamaklı doğal sayılarla toplama işlemini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İki doğal sayının toplamını tahmin eder ve tahminini işlem sonucu ile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dört basamaklı doğal sayıları 100’ün katlarıyla zihinden toplar.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dört basamaklı doğal sayılarla çıkarma işlemini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 basamaklı doğal sayılardan 10’un katı olan iki basamaklı doğal sayıları ve 100’ün katı olan üç basamaklı doğal sayıları zihinden çıkarır.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sayılarla yapılan çıkarma işleminin sonucunu tahmin eder, tahminini işlem sonucuyla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sayılarla toplama ve çıkarma işlemini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 basamaklı doğal sayılarla iki basamaklı doğal sayıları çarpar.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 doğal sayı ile yapılan çarpma işleminde sayıların birbirleriyle çarpılma sırasının değişmesinin, sonucu değiştirmediğini gösterir.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üç basamaklı doğal sayıları 10, 100 ve 1000’in en çok dokuz katı olan doğal sayılarla; en çok iki basamaklı doğal sayıları 5, 25 ve 50 ile kısa yoldan çarpar.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üç basamaklı doğal sayıları 10, 100 ve 1000 ile zihinden çarpar.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iki basamaklı bir doğal sayı ile bir basamaklı bir doğal sayının çarpımını tahmin eder ve tahminini işlem sonucu ile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M.4.1.4.6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sayılarla çarpma işlemini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 basamaklı doğal sayıları en çok iki basamaklı doğal sayılara böler.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En çok dört basamaklı bir sayıyı bir basamaklı bir sayıya böler.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Son üç basamağı sıfır olan en çok beş basamaklı doğal sayıları 10, 100 ve 1000’e zihinden böler.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bölme işleminin sonucunu tahmin eder ve tahminini işlem sonucu ile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Çarpma ve bölme arasındaki ilişkiyi fark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Doğal sayılarla en az bir bölme işlemi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Aralarında eşitlik durumu olan iki matematiksel ifadeden birinde verilmeyen değeri belirler ve eşitliğin sağlandığını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M.4.1.5.8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Aralarında eşitlik durumu olmayan iki matematiksel ifadenin eşit olması için yapılması gereken işlemleri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M.4.1.6.1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Basit, bileşik ve tam sayılı kesri tanır ve modellerle gösterir.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M.4.1.6.2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Birim kesirleri karşılaştırır ve sıralar.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M.4.1.6.3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çokluğun belirtilen bir basit kesir kadarını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M.4.1.6.4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Paydaları eşit olan en çok üç kesri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M.4.1.7.1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Paydaları eşit kesirlerle toplama ve çıkarma işlemi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M.4.1.7.2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Kesirlerle toplama ve çıkarma işlemlerini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Üçgen, kare ve dikdörtgenin kenarlarını ve köşelerini isimlendirir.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Kare ve dikdörtgenin kenar özelliklerini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Üçgenleri kenar uzunluklarına göre sınıflandırır.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Açınımı verilen küpü oluşturur.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İzometrik ya da kareli kâğıda eş küplerle çizilmiş olarak verilen modellere uygun basit yapılar oluşturur.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Ayna simetrisini, geometrik şekiller ve modeller üzerinde açıklayarak simetri doğrusunu çizer.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Verilen şeklin doğruya göre simetriğini çizer.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Düzlemi tanır ve örneklendirir.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Açıyı oluşturan ışınları ve köşeyi belirler, açıyı isimlendirir ve sembolle gösterir.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Açıları, standart olmayan birimlerle ölçer ve standart ölçme birimlerinin gerekliliğini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Açıları standart açı ölçme araçlarıyla ölçerek dar, dik, geniş ve doğru açı olarak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M.4.2.3.5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açı ölçme araçları kullanarak ölçüsü verilen açıyı oluşturur.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uzunluk ölçme birimlerinden milimetrenin kullanım alanlarını belirtir.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Uzunluk ölçme birimleri arasındaki ilişkileri açıklar ve birbiri cinsinden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Doğrudan ölçebileceği bir uzunluğu en uygun uzunluk ölçme birimiyle tahmin eder ve tahminini ölçme yaparak kontrol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Uzunluk ölçme birimlerinin kullanıldığı en çok üç işlem gerektiren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Kare ve dikdörtgenin çevre uzunlukları ile kenar uzunlukları arasındaki ilişkiyi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Aynı çevre uzunluğuna sahip farklı geometrik şekiller oluşturur.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Şekillerin çevre uzunluklarını hesaplamayla ilgili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Şekillerin alanlarının, bu alanı kaplayan birimkarelerin sayısı olduğunu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Kare ve dikdörtgenin alanını toplama ve çarpma işlemleri ile ilişkilendirir.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Zaman ölçme birimleri arasındaki ilişkiyi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M.4.3.4.2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Zaman ölçme birimlerinin kullanıldığı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M.4.3.5.1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Yarım ve çeyrek kilogramı gram cinsinden ifade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M.4.3.5.2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Kilogram ve gramı kütle ölçerken birlikte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M.4.3.5.3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Ton ve miligramın kullanıldığı yerleri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M.4.3.5.4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Ton-kilogram, kilogram-gram, gram-miligram arasındaki ilişkiyi açıklar ve birbirine dönüştürür.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M.4.3.5.5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Ton, kilogram, gram ve miligram ile ilgili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M.4.3.6.1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Mililitrenin kullanıldığı yerleri açıklar.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M.4.3.6.2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Litre ve mililitre arasındaki ilişkiyi açıklar ve birbirine dönüştürür.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M.4.3.6.3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Litre ve mililitreyi miktar belirtmek için bir arada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M.4.3.6.4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kaptaki sıvının miktarını, litre ve mililitre birimleriyle tahmin eder ve ölçme yaparak tahminini kontrol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M.4.3.6.5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Litre ve mililitre ile ilgili problemleri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M.4.4.1.1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Sütun grafiğini inceler, grafik üzerinde yorum ve tahminler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M.4.4.1.2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Sütun grafiğini oluşturur.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M.4.4.1.3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Elde ettiği veriyi sunmak amacıyla farklı gösterimler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M.4.4.1.4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Sütun grafiği, tablo ve diğer grafiklerle gösterilen bilgileri kullanarak günlük hayatla ilgili problemler çözer.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4.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