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BEP Kaba Değerlendirme Formu — Türkçe</w:t>
      </w:r>
    </w:p>
    <w:p>
      <w:pPr>
        <w:jc w:val="center"/>
      </w:pPr>
      <w:r>
        <w:rPr>
          <w:b/>
          <w:color w:val="4A5A64"/>
          <w:sz w:val="20"/>
        </w:rPr>
        <w:t>4. Sınıf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Değerlendirme Tarihi: </w:t>
            </w:r>
            <w:r>
              <w:rPr>
                <w:b w:val="0"/>
              </w:rPr>
              <w:t>…… / …… / 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Değerlendiren: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Öğrencinin Adı Soyadı: </w:t>
            </w:r>
            <w:r>
              <w:rPr>
                <w:b w:val="0"/>
              </w:rPr>
              <w:t>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Kaba değerlendirme, BEP geliştirme biriminin öğrencinin mevcut performansını belirlemesi içindir; not vermek için kullanılmaz. Her satır gözlem, çalışma yaprağı ya da kısa bir görevle değerlendirilir. "Yardımla" işaretlenenler BEP'te kısa dönemli amaç adayıdır. Kazanım metinleri MEB 2026-2027 çerçeve yıllık planındandır.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345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Yapabiliyor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Yardımla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Yapamıyor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T.4.1.1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Görselden/görsellerden hareketle dinleyeceği/izleyeceği metnin konusunu tahmin eder.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T.4.1.2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Dinlediklerinde/izlediklerinde geçen olayların gelişimi ve sonucu hakkında tahminde bulunur.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T.4.1.3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Dinlediği/izlediği metni ana hatlarıyla anlatır.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T.4.1.4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Dinlediklerinde/izlediklerinde geçen, bilmediği kelimelerin anlamını tahmin eder.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T.4.1.5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Dinlediklerinin/izlediklerinin konusunu belirler.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T.4.1.6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Dinlediklerinin/izlediklerinin ana fikrini/ana duygusunu belirler.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T.4.1.7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Dinlediklerine/izlediklerine yönelik sorulara cevap verir.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T.4.1.8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Dinlediklerine/izlediklerine farklı başlıklar önerir.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T.4.1.9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Dinledikleriyle/izledikleriyle ilgili görüşlerini ifade eder.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T.4.1.10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Dinlediği/izlediği hikâye edici metinleri canlandırır.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T.4.1.11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Dinlediklerinin/izlediklerinin içeriğini değerlendirir.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T.4.1.12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Dinleme stratejilerini uygular.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T.4.1.13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Konuşmacının sözlü olmayan mesajlarını kavrar.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T.4.2.1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Kelimeleri anlamlarına uygun kullanır.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T.4.2.2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Hazırlıksız konuşmalar yapar.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T.4.2.3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Hazırlıklı konuşmalar yapar.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T.4.2.4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Konuşma stratejilerini uygular.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T.4.2.5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Sınıf içindeki tartışma ve konuşmalara katılır.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T.4.2.6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Konuşmalarında yabancı dillerden alınmış, dilimize henüz yerleşmemiş kelimelerin Türkçelerini kullanır.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Noktalama işaretlerine dikkat ederek sesli ve sessiz okur.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Vurgu, tonlama ve telaffuza dikkat ederek okur.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Şiir okur.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Metinleri türün özelliklerine uygun biçimde okur.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Farklı yazı karakterleri ile yazılmış yazıları okur.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T.4.3.6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Okuma stratejilerini uygular.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T.4.3.7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Kelimelerin zıt anlamlılarını bulur.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T.4.3.8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Kelimelerin eş anlamlılarını bulur.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T.4.3.9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Eş sesli kelimelerin anlamlarını ayırt eder.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T.4.3.10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Okuduğu metindeki gerçek, mecaz ve terim anlamlı sözcükleri belirler.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T.4.3.11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Deyim ve atasözlerinin metnin anlamına katkısını kavrar.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T.4.3.12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Bağlamdan yararlanarak bilmediği kelime ve kelime gruplarının anlamını tahmin eder.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T.4.3.13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Görsellerle ilgili soruları cevaplar.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T.4.3.14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Görsellerden ve başlıktan hareketle okuyacağı metnin konusunu tahmin eder.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T.4.3.15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Okuduklarını ana hatlarıyla anlatır.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T.4.3.16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Okuduğu metnin konusunu belirler.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T.4.3.17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Metnin ana fikri/ana duygusunu belirler.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T.4.3.18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Okuduğu metinle ilgili soruları cevaplar.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T.4.3.19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Metinle ilgili sorular sorar.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T.4.3.20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Okuduğu metinlerdeki hikâye unsurlarını belirler.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T.4.3.21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Okuduğu metnin içeriğine uygun başlık belirler.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T.4.3.22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Şekil, sembol ve işaretlerin anlamlarını kavrar.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T.4.3.23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Metin türlerini ayırt eder.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T.4.3.24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Hikâye edici ve bilgilendirici metinleri oluşturan ögeleri tanır.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T.4.3.25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Yönergeleri kavrar.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T.4.3.26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Metindeki gerçek ve hayalî ögeleri ayırt eder.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T.4.3.27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Okuduğu metindeki kahramanların özelliklerini karşılaştırır.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T.4.3.28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Okudukları ile ilgili çıkarımlar yapar.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T.4.3.29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Görsellerle okuduğu metnin içeriğini ilişkilendirir.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T.4.3.30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Metindeki renkli, altı çizili, koyu ifadelerin önemli noktaları vurguladığını kavrar.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T.4.3.31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Metinler arasında karşılaştırma yapar.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T.4.3.32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Kısa ve basit dijital metinlerdeki mesajı kavrar.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T.4.3.33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Medya metinlerini değerlendirir.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T.4.3.34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Grafik, tablo ve çizelgelerle ilgili soruları cevaplar.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T.4.3.35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Bilgi kaynaklarını etkili bir şekilde kullanır.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T.4.3.36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Bilgi kaynaklarının güvenilirliğini sorgular.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T.4.3.37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Okuduğu metindeki olaylara ilişkin düşüncelerini ifade eder.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T.4.4.1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Şiir yazar.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T.4.4.2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Bir işin işlem basamaklarına ilişkin yönergeler yazar.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T.4.4.3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Hikâye edici metin yazar.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T.4.4.4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Bilgilendirici metin yazar.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T.4.4.5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Hayalî ögeler barındıran kısa metin yazar.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T.4.4.6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Görselleri ilişkilendirerek bir olayı anlatır.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T.4.4.7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Yazdıklarının içeriğine uygun başlık belirler.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T.4.4.8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Yazdıklarında yabancı dillerden alınmış, dilimize henüz yerleşmemiş kelimelerin Türkçelerini kullanır.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T.4.4.9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Formları yönergelerine uygun doldurur.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T.4.4.10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Büyük harfleri ve noktalama işaretlerini uygun yerlerde kullanır.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T.4.4.11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Yazdıklarını düzenler.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T.4.4.12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Yazdıklarını paylaşır.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T.4.4.13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Yazılarında eş sesli kelimeleri anlamlarına uygun kullanır.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T.4.4.14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Yazdıklarını zenginleştirmek için çizim, grafik ve görseller kullanır.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T.4.4.15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İmza atar.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T.4.4.16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Kısaltmaları ve kısaltmalara gelen ekleri doğru yazar.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T.4.4.17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Sayıları doğru yazar.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T.4.4.18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Yazılarında bağlaçları kuralına uygun kullanır.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T.4.4.19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Yazılarında kelimeleri gerçek, mecaz ve terim anlamları ile kullanır.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T.4.4.20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Harflerin yapısal özelliklerine uygun metin yazar.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T.4.4.21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Yazma stratejilerini uygular.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T.4.4.22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Pekiştirmeli sözcükleri doğru yazar.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Değerlendirme Sonucu</w:t>
      </w:r>
    </w:p>
    <w:p>
      <w:r>
        <w:rPr>
          <w:b/>
          <w:color w:val="0A5650"/>
        </w:rPr>
        <w:t>Öğrencinin güçlü olduğu alanlar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Öncelikli desteklenecek çıktılar (BEP'e aktarılacak)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BEP Kaba Değerlendirme Formu — 4. Sınıf Türkçe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