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Birleştirilmiş Sınıf Haftalık Ders Programı</w:t>
      </w:r>
    </w:p>
    <w:p>
      <w:pPr>
        <w:jc w:val="center"/>
      </w:pPr>
      <w:r>
        <w:rPr>
          <w:b/>
          <w:color w:val="4A5A64"/>
          <w:sz w:val="20"/>
        </w:rPr>
        <w:t>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Birleştirilen sınıflar: </w:t>
            </w:r>
            <w:r>
              <w:rPr>
                <w:b w:val="0"/>
              </w:rPr>
              <w:t>…… ve …… / …… ve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Her hücreye iki grubun dersini yazınız (ör. 1-3: Türkçe D · 2-4: Matematik B). D: öğretmenle doğrudan öğretim · B: bağımsız (yaprak/ödev) çalışma. Bir grup doğrudan öğretimdeyken diğer grup bağımsız çalışır; program okul müdürlüğünün onayıyla uygulanır.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Pazartesi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Salı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Çarşamba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Perşembe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Cuma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ders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ders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ders</w:t>
            </w:r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  <w:tc>
          <w:tcPr>
            <w:tcW w:type="dxa" w:w="1776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Birleştirilmiş Sınıf Haftalık Ders Programı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