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Boy ve Kilo Takip Listesi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7399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Ölçümler yalnız sağlık takibi içindir: sonuçlar sınıfta okunmaz, öğrenciler birbiriyle karşılaştırılmaz, liste öğretmen dosyasında gizli tutulur. Dikkat çeken bir değişim varsa veli ile bireysel görüşülür.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Eylül boy (cm)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Eylül kilo (kg)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Ocak boy (cm)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Ocak kilo (kg)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Mayıs boy (cm)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Mayıs kilo (kg)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269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986"/>
          </w:tcPr>
          <w:p>
            <w:r/>
          </w:p>
        </w:tc>
        <w:tc>
          <w:tcPr>
            <w:tcW w:type="dxa" w:w="1184"/>
          </w:tcPr>
          <w:p>
            <w:r/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Boy ve Kilo Takip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