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Değerler Eğitimi Aylık Çalışma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Düzenleme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Aylara verilen değerler ÖNERİDİR; okulun değerler eğitimi komisyonu farklı bir sıra belirlemişse o sıra uygulanır. Değer, ayrı bir ders saatinde değil, o ayın derslerine ve sınıf yaşantısına yedirilerek işlenir.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Ay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</w:t>
            </w:r>
          </w:p>
        </w:tc>
        <w:tc>
          <w:tcPr>
            <w:tcW w:type="dxa" w:w="315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Sınıf İçi Etkinlik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Veli Katılımı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Sorumluluk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Sınıf kurallarını birlikte yazma · görev dağılımı çizelgesini kurma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Evde bir işi kendi başına üstlenme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Vatanseverlik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Cumhuriyet Bayramı hazırlığı · bayrak ve İstiklâl Marşı bilinci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Aile büyükleriyle Cumhuriyet sohbeti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Saygı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Atatürk'ü anma programı · büyüklere ve farklılıklara saygı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Bir büyüğe teşekkür mektubu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Yardımseverlik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Sınıf kitaplığına kitap bağışı · akran destek eşleşmeleri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Komşuya ya da akrabaya küçük bir yardım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Dürüstlük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Doğruyu söylemenin zor olduğu durumlar: canlandırma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Ailede dürüstlük konuşması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Sabır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Sıra bekleme ve sonucu bekleme oyunları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Uzun süren bir işi yarım bırakmadan bitirme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Temizlik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Kişisel bakım ve sınıf düzeni · el yıkama takibi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Kendi odasını ve çantasını düzenleme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Dostluk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Ulusal Egemenlik ve Çocuk Bayramı · arkadaş seçmeden oynama etkinlikleri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Yeni bir arkadaşla tanışma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Sevgi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Canlıları koruma · sınıf bitkisinin bakımı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Bir canlının bakımını üstlenme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Adalet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Paylaşma ve sıra: sınıf içi çözüm yolları</w:t>
            </w:r>
          </w:p>
        </w:tc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Kardeşiyle ya da arkadaşıyla adil paylaşım</w:t>
            </w:r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Ay Sonu Değerlendirme Ölçütleri</w:t>
      </w:r>
    </w:p>
    <w:p>
      <w:r>
        <w:rPr>
          <w:b w:val="0"/>
        </w:rPr>
        <w:t>☐  Değer, en az iki farklı derste ele alındı</w:t>
      </w:r>
    </w:p>
    <w:p>
      <w:r>
        <w:rPr>
          <w:b w:val="0"/>
        </w:rPr>
        <w:t>☐  Sınıfta bir ürün ortaya çıktı (pano, afiş, mektup, canlandırma)</w:t>
      </w:r>
    </w:p>
    <w:p>
      <w:r>
        <w:rPr>
          <w:b w:val="0"/>
        </w:rPr>
        <w:t>☐  Veliye duyuruldu ve evde bir uygulama istendi</w:t>
      </w:r>
    </w:p>
    <w:p>
      <w:r>
        <w:rPr>
          <w:b w:val="0"/>
        </w:rPr>
        <w:t>☐  Değeri davranışa dönüştüren öğrenciler sınıfça takdir edildi</w:t>
      </w:r>
    </w:p>
    <w:p>
      <w:r>
        <w:rPr>
          <w:b w:val="0"/>
        </w:rPr>
        <w:t>☐  Ay sonunda çocuklarla 'ne değişti' konuşması yapıldı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Değerler Eğitimi Aylık Çalışma Planı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