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Ders İçi Performans Değerlendirme Ölçeği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Ders: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Tarih: </w:t>
            </w:r>
            <w:r>
              <w:rPr>
                <w:b w:val="0"/>
              </w:rPr>
              <w:t>…… / …… / 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Öğrenci: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Ölçüt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4 · Çok iyi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3 · İyi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2 · Gelişmeli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1 · Yetersiz</w:t>
            </w:r>
          </w:p>
        </w:tc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Puan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Derse katılım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Her etkinliğe istekle katılır, soru sorar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  <w:t>Çoğu etkinliğe katılır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  <w:t>Hatırlatmayla katılır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Katılmaz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Sorumluluk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Görevini zamanında ve eksiksiz yapar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  <w:t>Küçük eksiklerle yapar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  <w:t>Geç ya da eksik yapar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Yapmaz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İş birliği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Grubunu dinler, görev paylaşır, yardım eder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  <w:t>Grupla uyumludur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  <w:t>Zaman zaman sorun yaşar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Grupla çalışamaz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İfade / sunum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Düşüncesini açık ve düzenli anlatır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  <w:t>Anlaşılır anlatır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  <w:t>Kısmen anlaşılır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Anlatamaz</w:t>
            </w:r>
          </w:p>
        </w:tc>
        <w:tc>
          <w:tcPr>
            <w:tcW w:type="dxa" w:w="118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Ürün kalitesi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Özenli, doğru, yaratıcı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  <w:t>Doğru ve düzenli</w:t>
            </w:r>
          </w:p>
        </w:tc>
        <w:tc>
          <w:tcPr>
            <w:tcW w:type="dxa" w:w="1874"/>
          </w:tcPr>
          <w:p>
            <w:r/>
            <w:r>
              <w:rPr>
                <w:b w:val="0"/>
                <w:sz w:val="19"/>
              </w:rPr>
              <w:t>Hatalı ya da özensiz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Tamamlanmamış</w:t>
            </w:r>
          </w:p>
        </w:tc>
        <w:tc>
          <w:tcPr>
            <w:tcW w:type="dxa" w:w="1184"/>
          </w:tcPr>
          <w:p>
            <w:r/>
          </w:p>
        </w:tc>
      </w:tr>
    </w:tbl>
    <w:p/>
    <w:p>
      <w:r>
        <w:rPr>
          <w:b w:val="0"/>
        </w:rPr>
        <w:t>Toplam puan: …… / 20     Düzey: ☐ 17-20 Çok iyi  ☐ 13-16 İyi  ☐ 9-12 Gelişmeli  ☐ 5-8 Yetersiz</w:t>
      </w:r>
    </w:p>
    <w:p>
      <w:r>
        <w:rPr>
          <w:b/>
          <w:color w:val="0A5650"/>
        </w:rPr>
        <w:t>Öğrenciye geri bildirim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Ders İçi Performans Değerlendirme Ölçeği (Rubrik)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