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Dönem Ders Kesim Raporu</w:t>
      </w:r>
    </w:p>
    <w:p>
      <w:pPr>
        <w:jc w:val="center"/>
      </w:pPr>
      <w:r>
        <w:rPr>
          <w:b/>
          <w:color w:val="4A5A64"/>
          <w:sz w:val="20"/>
        </w:rPr>
        <w:t>3.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Düzenleme Tarihi: </w:t>
            </w:r>
            <w:r>
              <w:rPr>
                <w:b w:val="0"/>
              </w:rPr>
              <w:t>…… / 01 / 2027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Öğrenme çıktısı kodları ve haftaları MEB 2026-2027 çerçeve yıllık planının 1-18. haftalarından alınmıştır. "İşlendi" sütununa E (evet), K (kısmen) ya da H (hayır) yazınız; işlenemeyen ya da kısmen işlenen çıktıların telafi planını son bölüme yazınız.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T.D.2.5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Konuşmalarını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sürecine etki eden durumları gözden geçirebilme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Okuduklarını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sürecine etki eden durumları gözden geçirebilme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Konuşmalarını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Okuduklarını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2-5, 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T.D.3.5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T.O.3.5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10, 12-13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T.K.3.5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T.Y.3.5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14-15, 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T.D.3.4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Dinleme/izleme sürecine etki eden durumları gözden geçirebilme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Niceliklerin büyüklüklerine karşılık gelen 1000’e kadar olan sayıların temsillerinden yararlanabilme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1000’e kadar olan sayıları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Sayıları sıralayabilme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Sayıları ileriye ve geriye doğru ritmik sayabilme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Sayıları tek-çift olarak sınıflandırabilme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3-4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Tek ve çift sayıların toplamlarının tek ya da çift olma durumu arasındaki ilişkiye yönelik tümevarımsal akıl yürütebilme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Sayı ve sayı temsiline dönüşen şekil örüntülerine dayalı çıkarım yapabilme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 çokluktaki ilişkilerden yararlanarak 100’e kadar olan nesnelerin sayısını tahmin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5-6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MAT.3.1.9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Bütün, yarım ve çeyreğin kesirle gösterimi için modellerden yararlanabilme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MAT.3.1.10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 bütünü eş parçalar oluşturacak şekilde birim kesir olarak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8-9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 kesrin payı ile paydası arasındaki ilişkiyi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Analog ve dijital saatlerde zamanı okuyabilme ve yazabilme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Zaman ölçü birimlerini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10-11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Olayların oluş sürelerini tahmin ederek yargıda bulunabilme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11-12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Uzunluk ve kütle birimleri arasındaki ilişkileri kullanarak bu birimleri kendi içerisinde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MAT.3.1.16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Madenî ve kâğıt paraları değerlerine göre ilişkilendirerek yorumlayabilme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Toplama ve çıkarma işlemlerinin sonuçlarını tahminde bulunarak ve zihinden işlem yaparak muhakeme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16-17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MAT.3.2.2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Toplama ve çıkarma işlemlerini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Güçlü ve gelişime açık olduğu alanlara karar verebilme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Okuldaki hak ve sorumluluklarına uygun davranabilme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3-4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Çocuk haklarını tanıtmak için fikirlerini eyleme dönüştürebilme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5-6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Sağlığını korumaya yönelik davranışlarını düzenleyebilme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Güvenliğini tehdit eden bir durumla karşılaştığında yapılması gerekenleri sorgulayabilme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8-10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Trafik kurallarına uymanın önemine ilişkin özgün ürünler sentezleyebilme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Aile ve toplum arasındaki ilişkiyi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Yardıma ihtiyacı olan bireylerin yaşamını kolaylaştırmak için fikirlerini eyleme dönüştürebilme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15-17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HB.3.3.3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Mesleklerin toplumsal yaşamdaki önemini yorumlayabilme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Bilimsel bilgiye ulaşma yollarını sorgulayabilme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Bilim insanlarının özelliklerini genelleyebilme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Canlıları; mikroskopla görülebilen canlılar, mantarlar, bitkiler ve hayvanlar olarak sınıflandırabilme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Canlıların çevrelerini farklı yollarla algılamaları konusunda bilimsel çıkarım yapabilme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Canlıların yaşam döngülerini açıklamada tümevarımsal akıl yürütebilme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8-9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Kayaçlar, madenler ve mineraller ile ilgili tümdengelimsel akıl yürütebilme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9-11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Fosil oluşumu ile ilgili bilgileri sentezleyebilme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FB.3.4.1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Çevresindeki maddeleri hâllerine göre sınıflandırabilme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FB.3.4.2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Günlük yaşamda karşılaştığı karışımların ayrılmasında kullanılabilecek uygun yöntemleri kullanarak deney yapabilme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16-17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FB.3.4.3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Atıkların ayrıştırılmasına ilişkin problem çözebilme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Telafi Planı</w:t>
      </w:r>
    </w:p>
    <w:p>
      <w:r>
        <w:rPr>
          <w:b/>
          <w:color w:val="0A5650"/>
        </w:rPr>
        <w:t>İşlenemeyen / kısmen işlenen çıktılar ve 2. dönemde nasıl tamamlanacakları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1. Dönem Ders Kesim Raporu — 3.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