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1. Dönem Ders Kesim Raporu</w:t>
      </w:r>
    </w:p>
    <w:p>
      <w:pPr>
        <w:jc w:val="center"/>
      </w:pPr>
      <w:r>
        <w:rPr>
          <w:b/>
          <w:color w:val="4A5A64"/>
          <w:sz w:val="20"/>
        </w:rPr>
        <w:t>4. Sınıf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Öğretmeni: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Düzenleme Tarihi: </w:t>
            </w:r>
            <w:r>
              <w:rPr>
                <w:b w:val="0"/>
              </w:rPr>
              <w:t>…… / 01 / 2027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Kazanım kodları ve haftaları MEB 2026-2027 çerçeve yıllık planının 1-18. haftalarından alınmıştır. "İşlendi" sütununa E (evet), K (kısmen) ya da H (hayır) yazınız; işlenemeyen ya da kısmen işlenen çıktıların telafi planını son bölüme yazınız.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Kod</w:t>
            </w:r>
          </w:p>
        </w:tc>
        <w:tc>
          <w:tcPr>
            <w:tcW w:type="dxa" w:w="483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MEB haftası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İşlendi</w:t>
            </w:r>
          </w:p>
        </w:tc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T.4.2.2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Hazırlıksız konuşmalar yapar.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T.4.2.3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Hazırlıklı konuşmalar yapar.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1-3, 5-6, 10, 14-15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T.4.2.6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Konuşmalarında yabancı dillerden alınmış, dilimize henüz yerleşmemiş kelimelerin Türkçelerini kullanır.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T.4.3.2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Vurgu, tonlama ve telaffuza dikkat ederek okur.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1, 8-9, 13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T.4.3.3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Şiir okur.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1, 8, 13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T.4.3.7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Kelimelerin zıt anlamlılarını bulur.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1-2, 4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T.4.3.12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Bağlamdan yararlanarak bilmediği kelime ve kelime gruplarının anlamını tahmin eder.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1-2, 5-6, 8, 10, 12-15, 17-18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T.4.3.16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Okuduğu metnin konusunu belirler.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1-2, 6, 8, 10, 12-13, 15, 17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T.4.3.17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Metnin ana fikri/ana duygusunu belirler.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1-2, 6, 8, 10, 12-13, 15, 17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T.4.3.18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Okuduğu metinle ilgili soruları cevaplar.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1-2, 4, 6, 8, 10, 12-15, 17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T.4.3.21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Okuduğu metnin içeriğine uygun başlık belirler.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1, 10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T.4.3.28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Okudukları ile ilgili çıkarımlar yapar.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1, 6-10, 13, 16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T.4.4.1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Şiir yazar.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1, 8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T.4.4.10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Büyük harfleri ve noktalama işaretlerini uygun yerlerde kullanır.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1-6, 10-13, 17-18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T.4.3.1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Noktalama işaretlerine dikkat ederek sesli ve sessiz okur.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2, 4-6, 8-9, 12-15, 17-18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T.4.3.5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Farklı yazı karakterleri ile yazılmış yazıları okur.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2, 4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T.4.3.23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Metin türlerini ayırt eder.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T.4.3.25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Yönergeleri kavrar.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2, 12, 18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T.4.3.36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Bilgi kaynaklarının güvenilirliğini sorgular.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T.4.4.20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Harflerin yapısal özelliklerine uygun metin yazar.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2, 4, 6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T.4.1.1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Görselden/görsellerden hareketle dinleyeceği/izleyeceği metnin konusunu tahmin eder.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3, 16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T.4.1.4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Dinlediklerinde/izlediklerinde geçen, bilmediği kelimelerin anlamını tahmin eder.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3, 7, 11, 16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T.4.1.5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Dinlediklerinin/izlediklerinin konusunu belirler.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3, 7, 11, 16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T.4.1.6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Dinlediklerinin/izlediklerinin ana fikrini/ana duygusunu belirler.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3, 7, 11, 16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T.4.1.7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Dinlediklerine/izlediklerine yönelik sorulara cevap verir.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3, 7, 11, 16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T.4.1.11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Dinlediklerinin/izlediklerinin içeriğini değerlendirir.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T.4.1.12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Dinleme stratejilerini uygular.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3, 7, 11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T.4.3.8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Kelimelerin eş anlamlılarını bulur.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3-4, 13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T.4.3.32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Kısa ve basit dijital metinlerdeki mesajı kavrar.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T.4.2.5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Sınıf içindeki tartışma ve konuşmalara katılır.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4, 7-9, 11-14, 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T.4.3.20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Okuduğu metinlerdeki hikâye unsurlarını belirler.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4, 10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T.4.3.26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Metindeki gerçek ve hayalî ögeleri ayırt eder.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4-5, 10, 17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T.4.3.29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Görsellerle okuduğu metnin içeriğini ilişkilendirir.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4-5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T.4.4.3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Hikâye edici metin yazar.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4, 12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T.4.4.7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Yazdıklarının içeriğine uygun başlık belirler.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4, 8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T.4.4.9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Formları yönergelerine uygun doldurur.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4, 7, 15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T.4.3.9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Eş sesli kelimelerin anlamlarını ayırt eder.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5, 8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T.4.3.11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Deyim ve atasözlerinin metnin anlamına katkısını kavrar.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5, 12, 17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T.4.3.15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Okuduklarını ana hatlarıyla anlatır.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5, 17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T.4.4.13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Yazılarında eş sesli kelimeleri anlamlarına uygun kullanır.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5, 9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T.4.3.31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Metinler arasında karşılaştırma yapar.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T.4.1.3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Dinlediği/izlediği metni ana hatlarıyla anlatır.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T.4.3.10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Okuduğu metindeki gerçek, mecaz ve terim anlamlı sözcükleri belirler.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7, 14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T.4.4.12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Yazdıklarını paylaşır.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7, 11-12, 16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T.4.4.21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Yazma stratejilerini uygular.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T.4.4.2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Bir işin işlem basamaklarına ilişkin yönergeler yazar.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8-9, 11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T.4.4.15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İmza atar.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T.4.3.6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Okuma stratejilerini uygular.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T.4.1.8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Dinlediklerine/izlediklerine farklı başlıklar önerir.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11, 16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T.4.1.10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Dinlediği/izlediği hikâye edici metinleri canlandırır.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T.4.3.34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Grafik, tablo ve çizelgelerle ilgili soruları cevaplar.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11, 14-15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T.4.4.19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Yazılarında kelimeleri gerçek, mecaz ve terim anlamları ile kullanır.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11, 14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T.4.3.27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Okuduğu metindeki kahramanların özelliklerini karşılaştırır.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T.4.4.4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Bilgilendirici metin yazar.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T.4.4.8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Yazdıklarında yabancı dillerden alınmış, dilimize henüz yerleşmemiş kelimelerin Türkçelerini kullanır.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T.4.4.18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Yazılarında bağlaçları kuralına uygun kullanır.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14-16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T.4.3.37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Okuduğu metindeki olaylara ilişkin düşüncelerini ifade eder.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T.4.1.9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Dinledikleriyle/izledikleriyle ilgili görüşlerini ifade eder.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T.4.3.22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Şekil, sembol ve işaretlerin anlamlarını kavrar.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16, 18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T.4.4.14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Yazdıklarını zenginleştirmek için çizim, grafik ve görseller kullanır.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16, 18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Kod</w:t>
            </w:r>
          </w:p>
        </w:tc>
        <w:tc>
          <w:tcPr>
            <w:tcW w:type="dxa" w:w="483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MEB haftası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İşlendi</w:t>
            </w:r>
          </w:p>
        </w:tc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M.4.1.1.1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4, 5 ve 6 basamaklı doğal sayıları okur ve yazar.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M.4.1.1.2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10 000’e kadar (10 000 dâhil) yüzer ve biner sayar.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1-2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M.4.1.1.3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4, 5 ve 6 basamaklı doğal sayıların bölüklerini ve basamaklarını, basamaklarındaki rakamların basamak değerlerini belirler ve çözümler.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M.4.1.1.4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Doğal sayıları en yakın onluğa veya yüzlüğe yuvarlar.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2-3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M.4.1.1.5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En çok altı basamaklı doğal sayıları büyük/küçük sembolü kullanarak sıralar.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M.4.1.1.6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Belli bir kurala göre artan veya azalan sayı örüntüleri oluşturur ve kuralını açıklar.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M.4.1.2.1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En çok dört basamaklı doğal sayılarla toplama işlemini yapar.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4-5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M.4.1.3.1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En çok dört basamaklı doğal sayılarla çıkarma işlemini yapar.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M.4.1.2.2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İki doğal sayının toplamını tahmin eder ve tahminini işlem sonucu ile karşılaştırır.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6-7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M.4.1.3.2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Üç basamaklı doğal sayılardan 10’un katı olan iki basamaklı doğal sayıları ve 100’ün katı olan üç basamaklı doğal sayıları zihinden çıkarır.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M.4.1.2.3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En çok dört basamaklı doğal sayıları 100’ün katlarıyla zihinden toplar.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7-8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M.4.1.2.4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Doğal sayılarla toplama işlemini gerektiren problemleri çözer.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M.4.1.3.3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Doğal sayılarla yapılan çıkarma işleminin sonucunu tahmin eder, tahminini işlem sonucuyla karşılaştırır.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M.4.1.3.4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Doğal sayılarla toplama ve çıkarma işlemini gerektiren problemleri çözer.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M.4.1.4.1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Üç basamaklı doğal sayılarla iki basamaklı doğal sayıları çarpar.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M.4.1.4.2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Üç doğal sayı ile yapılan çarpma işleminde sayıların birbirleriyle çarpılma sırasının değişmesinin, sonucu değiştirmediğini gösterir.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M.4.1.4.3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En çok üç basamaklı doğal sayıları 10, 100 ve 1000’in en çok dokuz katı olan doğal sayılarla; en çok iki basamaklı doğal sayıları 5, 25 ve 50 ile kısa yoldan çarpar.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11-12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M.4.1.4.4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En çok üç basamaklı doğal sayıları 10, 100 ve 1000 ile zihinden çarpar.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M.4.1.4.5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En çok iki basamaklı bir doğal sayı ile bir basamaklı bir doğal sayının çarpımını tahmin eder ve tahminini işlem sonucu ile karşılaştırır.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12-13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M.4.1.4.6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Doğal sayılarla çarpma işlemini gerektiren problemleri çözer.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M.4.1.5.1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Üç basamaklı doğal sayıları en çok iki basamaklı doğal sayılara böler.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13-14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M.4.1.5.2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En çok dört basamaklı bir sayıyı bir basamaklı bir sayıya böler.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M.4.1.5.3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Son üç basamağı sıfır olan en çok beş basamaklı doğal sayıları 10, 100 ve 1000’e zihinden böler.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M.4.1.5.4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Bir bölme işleminin sonucunu tahmin eder ve tahminini işlem sonucu ile karşılaştırır.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M.4.1.5.5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Çarpma ve bölme arasındaki ilişkiyi fark eder.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M.4.1.5.6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Doğal sayılarla en az bir bölme işlemi gerektiren problemleri çözer.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M.4.1.5.7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Aralarında eşitlik durumu olan iki matematiksel ifadeden birinde verilmeyen değeri belirler ve eşitliğin sağlandığını açıklar.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M.4.1.5.8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Aralarında eşitlik durumu olmayan iki matematiksel ifadenin eşit olması için yapılması gereken işlemleri açıklar.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M.4.1.6.1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Basit, bileşik ve tam sayılı kesri tanır ve modellerle gösterir.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17-18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M.4.1.6.2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Birim kesirleri karşılaştırır ve sıralar.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M.4.1.6.3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Bir çokluğun belirtilen bir basit kesir kadarını belirler.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Kod</w:t>
            </w:r>
          </w:p>
        </w:tc>
        <w:tc>
          <w:tcPr>
            <w:tcW w:type="dxa" w:w="483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MEB haftası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İşlendi</w:t>
            </w:r>
          </w:p>
        </w:tc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F.4.1.1.1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Yer kabuğunun kara tabakasının kayaçlardan oluştuğunu belirtir.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F.4.1.1.2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Kayaçlarla madenleri ilişkilendirir ve kayaçların ham madde olarak önemini tartışır.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F.4.1.1.3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Fosillerin oluşumunu açıklar.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F.4.1.2.1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Dünya’nın dönme ve dolanma hareketleri arasındaki farkı açıklar.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F.4.1.2.2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Dünya’nın hareketleri sonucu gerçekleşen olayları açıklar.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4-5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F.4.2.1.1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Canlı yaşamı ve besin içerikleri arasındaki ilişkiyi açıklar.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6-7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F.4.2.1.2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Su ve minerallerin bütün besinlerde bulunduğu çıkarımını yapar.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F.4.2.1.3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Sağlıklı bir yaşam için besinlerin tazeliğinin ve doğallığının önemini, araştırma verilerine dayalı olarak tartışır.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8-9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F.4.2.1.4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İnsan sağlığı ile dengeli beslenmeyi ilişkilendirir.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F.4.2.1.5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Alkol ve sigara kullanımının insan sağlığına olan olumsuz etkilerinin farkına varır.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F.4.2.1.6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Yakın çevresinde sigara kullanımını azaltmaya yönelik sorumluluk üstlenir.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F.4.3.1.1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Kuvvetin, cisimlere hareket kazandırmasına ve cisimlerin şekillerini değiştirmesine yönelik deneyler yapar.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12-13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F.4.3.2.1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Mıknatısı tanır ve kutupları olduğunu keşfeder.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F.4.3.2.2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Mıknatısın etki ettiği maddeleri deney yaparak keşfeder.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F.4.3.2.3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Mıknatısların günlük yaşamdaki kullanım alanlarına örnekler verir.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F.4.3.2.4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Mıknatısların yeni kullanım alanları konusunda fikirlerini açıklar.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F.4.4.1.1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Beş duyu organını kullanarak maddeyi niteleyen temel özellikleri açıklar.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F.4.4.2.1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Farklı maddelerin kütle ve hacimlerini ölçerek karşılaştırır.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F.4.4.2.2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Ölçülebilir özelliklerini kullanarak maddeyi tanımlar.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F.4.4.3.1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Maddelerin hâllerine ait temel özellikleri karşılaştırır.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Sosyal Bilgiler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Kod</w:t>
            </w:r>
          </w:p>
        </w:tc>
        <w:tc>
          <w:tcPr>
            <w:tcW w:type="dxa" w:w="483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MEB haftası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İşlendi</w:t>
            </w:r>
          </w:p>
        </w:tc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SB.4.1.1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Resmî kimlik belgesini inceleyerek kişisel kimliğine ilişkin çıkarımlarda bulunur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SB.4.1.2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Yaşamına ilişkin belli başlı olayları kronolojik sıraya koyar.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SB.4.1.3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Bireysel ilgi, ihtiyaç ve yeteneklerini tanır.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SB.4.1.4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Kendisini farklı özelliklere sahip diğer bireylerin yerine koyar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3-4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SB.4.1.5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Diğer bireylerin farklı özelliklerini saygı ile karşılar.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SB.4.2.1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Sözlü, yazılı, görsel kaynaklar ve nesnelerden yararlanarak aile tarihi çalışması yapar.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SB.4.2.2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Ailesi ve çevresindeki millî kültürü yansıtan ögeleri araştırarak örnekler verir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6-7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SB.4.2.3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Geleneksel çocuk oyunlarını değişim ve süreklilik açısından günümüzdeki oyunlarla karşılaştırır.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7-8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SB.4.2.4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Millî Mücadele kahramanlarının hayatlarından hareketle Millî Mücadele’nin önemini kavrar.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8-9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SB.4.3.1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Çevresindeki herhangi bir yerin konumu ile ilgili çıkarımlarda bulunur.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9-10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SB.4.3.2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Günlük yaşamında kullandığı mekânların krokisini çizer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SB.4.3.3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Yaşadığı çevredeki doğal ve beşerî unsurları ayırt eder.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SB.4.3.4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Çevresinde meydana gelen hava olaylarını gözlemleyerek bulgularını resimli grafiklere aktarır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SB.4.3.5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Yaşadığı yer ve çevresindeki yer şekilleri ve nüfus özellikleri hakkında çıkarımlarda bulunur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SB.4.3.6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Afet öncesi, sırası ve sonrasına yönelik gerekli hazırlıkları yapar.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15-16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SB.4.4.1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Çevresindeki teknolojik ürünleri, kullanım alanlarına göre sınıflandırır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SB.4.4.2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Teknolojik ürünlerin geçmişteki ve bugünkü kullanımlarını karşılaştırır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17-18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SB.4.4.3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Kullandığı teknolojik ürünlerin mucitlerini ve bu ürünlerin zaman içerisindeki gelişimini araştırır.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Din Kültürü ve Ahlak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Kod</w:t>
            </w:r>
          </w:p>
        </w:tc>
        <w:tc>
          <w:tcPr>
            <w:tcW w:type="dxa" w:w="483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MEB haftası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İşlendi</w:t>
            </w:r>
          </w:p>
        </w:tc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DKAB.4.1.1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Dinî ifadeleri, günlük konuşmalarda doğru ve yerinde kullanır.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1-4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DKAB.4.1.2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Tekbir ve salavatı söyler.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DKAB.4.1.3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Dilek ve dualarda kullanılan dinî ifadelere örnekler verir.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6-7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DKAB.4.1.4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Sübhaneke duasını okur, anlamını söyler.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DKAB.4.2.1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İslam’ın inanç esaslarını sıralar.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9-11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DKAB.4.2.2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İslam’ın şartlarını söyler.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12-13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DKAB.4.2.3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Kur’an-ı Kerim’in iç düzeni ile ilgili kavramları tanımlar.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14-15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DKAB.4.2.4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Âmentü duasını okur, anlamını söyler.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DKAB.4.3.1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Bireyin güzel ahlaklı olmasında dinin rolünü fark eder.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Telafi Planı</w:t>
      </w:r>
    </w:p>
    <w:p>
      <w:r>
        <w:rPr>
          <w:b/>
          <w:color w:val="0A5650"/>
        </w:rPr>
        <w:t>İşlenemeyen / kısmen işlenen çıktılar ve 2. dönemde nasıl tamamlanacakları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1. Dönem Ders Kesim Raporu — 4. Sınıf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