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Ders Yılındaki Tatiller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66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Tatil</w:t>
            </w:r>
          </w:p>
        </w:tc>
        <w:tc>
          <w:tcPr>
            <w:tcW w:type="dxa" w:w="315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29 Ekim 2026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Perşembe</w:t>
            </w:r>
          </w:p>
        </w:tc>
        <w:tc>
          <w:tcPr>
            <w:tcW w:type="dxa" w:w="2663"/>
          </w:tcPr>
          <w:p>
            <w:r/>
            <w:r>
              <w:rPr>
                <w:b w:val="0"/>
                <w:sz w:val="19"/>
              </w:rPr>
              <w:t>Cumhuriyet Bayramı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Resmî tatil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16 Kasım 2026 – 20 Kasım 2026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663"/>
          </w:tcPr>
          <w:p>
            <w:r/>
            <w:r>
              <w:rPr>
                <w:b w:val="0"/>
                <w:sz w:val="19"/>
              </w:rPr>
              <w:t>1. dönem ara tatili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Okul tatil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1 Ocak 2027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Cuma</w:t>
            </w:r>
          </w:p>
        </w:tc>
        <w:tc>
          <w:tcPr>
            <w:tcW w:type="dxa" w:w="2663"/>
          </w:tcPr>
          <w:p>
            <w:r/>
            <w:r>
              <w:rPr>
                <w:b w:val="0"/>
                <w:sz w:val="19"/>
              </w:rPr>
              <w:t>Yılbaşı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Resmî tatil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25 Ocak 2027 – 5 Şubat 2027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663"/>
          </w:tcPr>
          <w:p>
            <w:r/>
            <w:r>
              <w:rPr>
                <w:b w:val="0"/>
                <w:sz w:val="19"/>
              </w:rPr>
              <w:t>Yarıyıl tatili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Okul tatil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8 Mart 2027 – 12 Mart 2027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663"/>
          </w:tcPr>
          <w:p>
            <w:r/>
            <w:r>
              <w:rPr>
                <w:b w:val="0"/>
                <w:sz w:val="19"/>
              </w:rPr>
              <w:t>2. dönem ara tatili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Okul tatil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9 Mart 2027 – 11 Mart 2027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Salı–Perşembe</w:t>
            </w:r>
          </w:p>
        </w:tc>
        <w:tc>
          <w:tcPr>
            <w:tcW w:type="dxa" w:w="2663"/>
          </w:tcPr>
          <w:p>
            <w:r/>
            <w:r>
              <w:rPr>
                <w:b w:val="0"/>
                <w:sz w:val="19"/>
              </w:rPr>
              <w:t>Ramazan Bayramı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Arife: 8 Mart 2027 · Ders günü kaybı: yok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23 Nisan 2027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Cuma</w:t>
            </w:r>
          </w:p>
        </w:tc>
        <w:tc>
          <w:tcPr>
            <w:tcW w:type="dxa" w:w="2663"/>
          </w:tcPr>
          <w:p>
            <w:r/>
            <w:r>
              <w:rPr>
                <w:b w:val="0"/>
                <w:sz w:val="19"/>
              </w:rPr>
              <w:t>23 Nisan Ulusal Egemenlik ve Çocuk Bayramı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Resmî tatil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16 Mayıs 2027 – 19 Mayıs 2027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Pazar–Çarşamba</w:t>
            </w:r>
          </w:p>
        </w:tc>
        <w:tc>
          <w:tcPr>
            <w:tcW w:type="dxa" w:w="2663"/>
          </w:tcPr>
          <w:p>
            <w:r/>
            <w:r>
              <w:rPr>
                <w:b w:val="0"/>
                <w:sz w:val="19"/>
              </w:rPr>
              <w:t>Kurban Bayramı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Arife: 15 Mayıs 2027 · Ders günü kaybı: 17 Mayıs 2027, 18 Mayıs 2027, 19 Mayıs 2027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19 Mayıs 2027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Çarşamba</w:t>
            </w:r>
          </w:p>
        </w:tc>
        <w:tc>
          <w:tcPr>
            <w:tcW w:type="dxa" w:w="2663"/>
          </w:tcPr>
          <w:p>
            <w:r/>
            <w:r>
              <w:rPr>
                <w:b w:val="0"/>
                <w:sz w:val="19"/>
              </w:rPr>
              <w:t>19 Mayıs</w:t>
            </w:r>
          </w:p>
        </w:tc>
        <w:tc>
          <w:tcPr>
            <w:tcW w:type="dxa" w:w="3157"/>
          </w:tcPr>
          <w:p>
            <w:r/>
            <w:r>
              <w:rPr>
                <w:b w:val="0"/>
                <w:sz w:val="19"/>
              </w:rPr>
              <w:t>Resmî tatil</w:t>
            </w:r>
          </w:p>
        </w:tc>
      </w:tr>
    </w:tbl>
    <w:p/>
    <w:p>
      <w:r>
        <w:rPr>
          <w:b/>
        </w:rPr>
        <w:t>1. dönem:</w:t>
      </w:r>
      <w:r>
        <w:rPr>
          <w:b w:val="0"/>
        </w:rPr>
        <w:t xml:space="preserve"> 14 Eylül 2026 – 22 Ocak 2027 · </w:t>
      </w:r>
      <w:r>
        <w:rPr>
          <w:b/>
        </w:rPr>
        <w:t>2. dönem:</w:t>
      </w:r>
      <w:r>
        <w:rPr>
          <w:b w:val="0"/>
        </w:rPr>
        <w:t xml:space="preserve"> 8 Şubat 2027 – 25 Haziran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Tarihler MEB 2026-2027 çalışma takvimi ve Diyanet 2027 dini günler takviminden alınmıştır. Hafta sonuna denk gelen resmî günler listelenmemiştir; il/ilçe kararıyla verilen idari tatilleri ayrıca ekleyiniz.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Ders Yılındaki Tatiller 2026-2027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