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Devamsızlık Bilgilendirme Yazısı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>
      <w:r>
        <w:rPr>
          <w:b w:val="0"/>
        </w:rPr>
        <w:t>Sayın Velimiz,</w:t>
      </w:r>
    </w:p>
    <w:p>
      <w:r>
        <w:rPr>
          <w:b w:val="0"/>
        </w:rPr>
        <w:t>Velisi bulunduğunuz ………………………… sınıfı ………………………… numaralı öğrencimiz ………………………………………………………………, 2026-2027 eğitim-öğretim yılında bugüne kadar ………………………… gün özürlü, ………………………… gün özürsüz olmak üzere toplam ………………………… gün devamsızlık yapmıştır.</w:t>
      </w:r>
    </w:p>
    <w:p>
      <w:r>
        <w:rPr>
          <w:b w:val="0"/>
        </w:rPr>
        <w:t>Millî Eğitim Bakanlığı Okul Öncesi Eğitim ve İlköğretim Kurumları Yönetmeliği gereği ilköğretimde devam zorunludur; devamsızlığın öğrencinin öğrenme sürecini olumsuz etkilediğini hatırlatır, devamsızlık nedenlerini birlikte değerlendirmek üzere sizi okula davet ederiz.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Görüşme Tarihi: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</w:tbl>
    <w:p/>
    <w:p>
      <w:r>
        <w:rPr>
          <w:b w:val="0"/>
        </w:rPr>
        <w:t>Raporlu ve mazeretli günler için belgelerin en geç bir hafta içinde okul idaresine teslim edilmesi gerekmektedir.</w:t>
      </w:r>
    </w:p>
    <w:p>
      <w:r>
        <w:rPr>
          <w:b w:val="0"/>
        </w:rPr>
        <w:t>Bilgilerinize sunar, iş birliğiniz için teşekkür ederiz.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Tebliğ-Tebellüğ</w:t>
              <w:br/>
            </w:r>
            <w:r>
              <w:rPr>
                <w:b w:val="0"/>
              </w:rPr>
              <w:t>Yazıyı teslim aldım.   Velinin adı-soyadı: ………………………………………………………………   Tarih: …… / …… / ……   İmza: …………………………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Devamsızlık Bilgilendirme Yazısı (Veliye)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