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  <w:pBdr>
          <w:bottom w:val="single" w:sz="12" w:color="0F766E"/>
        </w:pBdr>
      </w:pPr>
      <w:r>
        <w:rPr>
          <w:b/>
          <w:color w:val="0F766E"/>
          <w:sz w:val="22"/>
        </w:rPr>
        <w:t>Ders Pusulası</w:t>
      </w:r>
      <w:r>
        <w:rPr>
          <w:color w:val="4A5A64"/>
          <w:sz w:val="18"/>
        </w:rPr>
        <w:t xml:space="preserve">    2026-2027 Eğitim-Öğretim Yılı</w:t>
      </w:r>
    </w:p>
    <w:p>
      <w:pPr>
        <w:jc w:val="center"/>
      </w:pPr>
      <w:r>
        <w:rPr>
          <w:b/>
          <w:color w:val="0A5650"/>
          <w:sz w:val="32"/>
        </w:rPr>
        <w:t>Gezi Planı</w:t>
      </w:r>
    </w:p>
    <w:p>
      <w:pPr>
        <w:jc w:val="center"/>
      </w:pPr>
      <w:r>
        <w:rPr>
          <w:b/>
          <w:color w:val="4A5A64"/>
          <w:sz w:val="20"/>
        </w:rPr>
        <w:t>2026-2027 Eğitim-Öğretim Yılı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Okul: </w:t>
            </w:r>
            <w:r>
              <w:rPr>
                <w:b w:val="0"/>
              </w:rPr>
              <w:t>…………………………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Öğrenci Sayısı: </w:t>
            </w:r>
            <w:r>
              <w:rPr>
                <w:b w:val="0"/>
              </w:rPr>
              <w:t>…………………………</w:t>
            </w:r>
          </w:p>
        </w:tc>
      </w:tr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Tarih: </w:t>
            </w:r>
            <w:r>
              <w:rPr>
                <w:b w:val="0"/>
              </w:rPr>
              <w:t>…… / …… / ……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Ulaşım Aracı: </w:t>
            </w:r>
            <w:r>
              <w:rPr>
                <w:b w:val="0"/>
              </w:rPr>
              <w:t>…………………………</w:t>
            </w:r>
          </w:p>
        </w:tc>
      </w:tr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Sınıf / Şube: </w:t>
            </w:r>
            <w:r>
              <w:rPr>
                <w:b w:val="0"/>
              </w:rPr>
              <w:t>…… / ……</w:t>
            </w:r>
          </w:p>
        </w:tc>
        <w:tc>
          <w:tcPr>
            <w:tcW w:type="dxa" w:w="4933"/>
          </w:tcPr>
          <w:p/>
        </w:tc>
      </w:tr>
      <w:tr>
        <w:tc>
          <w:tcPr>
            <w:tcW w:type="dxa" w:w="9866"/>
            <w:gridSpan w:val="2"/>
          </w:tcPr>
          <w:p>
            <w:r/>
            <w:r>
              <w:rPr>
                <w:b/>
                <w:color w:val="0A5650"/>
              </w:rPr>
              <w:t xml:space="preserve">Gezinin Adı / Yeri: </w:t>
            </w:r>
            <w:r>
              <w:rPr>
                <w:b w:val="0"/>
              </w:rPr>
              <w:t>………………………………………………………………</w:t>
            </w:r>
          </w:p>
        </w:tc>
      </w:tr>
      <w:tr>
        <w:tc>
          <w:tcPr>
            <w:tcW w:type="dxa" w:w="9866"/>
            <w:gridSpan w:val="2"/>
          </w:tcPr>
          <w:p>
            <w:r/>
            <w:r>
              <w:rPr>
                <w:b/>
                <w:color w:val="0A5650"/>
              </w:rPr>
              <w:t xml:space="preserve">Sorumlu Öğretmen(ler): </w:t>
            </w:r>
            <w:r>
              <w:rPr>
                <w:b w:val="0"/>
              </w:rPr>
              <w:t>………………………………………………………………</w:t>
            </w:r>
          </w:p>
        </w:tc>
      </w:tr>
      <w:tr>
        <w:tc>
          <w:tcPr>
            <w:tcW w:type="dxa" w:w="9866"/>
            <w:gridSpan w:val="2"/>
          </w:tcPr>
          <w:p>
            <w:r/>
            <w:r>
              <w:rPr>
                <w:b/>
                <w:color w:val="0A5650"/>
              </w:rPr>
              <w:t xml:space="preserve">Hareket / Dönüş Saati: </w:t>
            </w:r>
            <w:r>
              <w:rPr>
                <w:b w:val="0"/>
              </w:rPr>
              <w:t>……:……  /  ……:……</w:t>
            </w:r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Gezinin Amacı ve İlişkili Dersler / Kazanımlar</w:t>
      </w:r>
    </w:p>
    <w:p/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pPr>
        <w:spacing w:before="160"/>
      </w:pPr>
      <w:r>
        <w:rPr>
          <w:b/>
          <w:color w:val="0F766E"/>
          <w:sz w:val="25"/>
        </w:rPr>
        <w:t>Gezi Programı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3289"/>
        <w:gridCol w:w="3289"/>
        <w:gridCol w:w="3289"/>
      </w:tblGrid>
      <w:tr>
        <w:tc>
          <w:tcPr>
            <w:tcW w:type="dxa" w:w="1578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Saat</w:t>
            </w:r>
          </w:p>
        </w:tc>
        <w:tc>
          <w:tcPr>
            <w:tcW w:type="dxa" w:w="591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Yer / Etkinlik</w:t>
            </w:r>
          </w:p>
        </w:tc>
        <w:tc>
          <w:tcPr>
            <w:tcW w:type="dxa" w:w="236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Sorumlu</w:t>
            </w:r>
          </w:p>
        </w:tc>
      </w:tr>
      <w:tr>
        <w:tc>
          <w:tcPr>
            <w:tcW w:type="dxa" w:w="1578"/>
          </w:tcPr>
          <w:p>
            <w:r/>
          </w:p>
        </w:tc>
        <w:tc>
          <w:tcPr>
            <w:tcW w:type="dxa" w:w="5919"/>
          </w:tcPr>
          <w:p>
            <w:r/>
          </w:p>
        </w:tc>
        <w:tc>
          <w:tcPr>
            <w:tcW w:type="dxa" w:w="2367"/>
          </w:tcPr>
          <w:p>
            <w:r/>
          </w:p>
        </w:tc>
      </w:tr>
      <w:tr>
        <w:tc>
          <w:tcPr>
            <w:tcW w:type="dxa" w:w="1578"/>
          </w:tcPr>
          <w:p>
            <w:r/>
          </w:p>
        </w:tc>
        <w:tc>
          <w:tcPr>
            <w:tcW w:type="dxa" w:w="5919"/>
          </w:tcPr>
          <w:p>
            <w:r/>
          </w:p>
        </w:tc>
        <w:tc>
          <w:tcPr>
            <w:tcW w:type="dxa" w:w="2367"/>
          </w:tcPr>
          <w:p>
            <w:r/>
          </w:p>
        </w:tc>
      </w:tr>
      <w:tr>
        <w:tc>
          <w:tcPr>
            <w:tcW w:type="dxa" w:w="1578"/>
          </w:tcPr>
          <w:p>
            <w:r/>
          </w:p>
        </w:tc>
        <w:tc>
          <w:tcPr>
            <w:tcW w:type="dxa" w:w="5919"/>
          </w:tcPr>
          <w:p>
            <w:r/>
          </w:p>
        </w:tc>
        <w:tc>
          <w:tcPr>
            <w:tcW w:type="dxa" w:w="2367"/>
          </w:tcPr>
          <w:p>
            <w:r/>
          </w:p>
        </w:tc>
      </w:tr>
      <w:tr>
        <w:tc>
          <w:tcPr>
            <w:tcW w:type="dxa" w:w="1578"/>
          </w:tcPr>
          <w:p>
            <w:r/>
          </w:p>
        </w:tc>
        <w:tc>
          <w:tcPr>
            <w:tcW w:type="dxa" w:w="5919"/>
          </w:tcPr>
          <w:p>
            <w:r/>
          </w:p>
        </w:tc>
        <w:tc>
          <w:tcPr>
            <w:tcW w:type="dxa" w:w="2367"/>
          </w:tcPr>
          <w:p>
            <w:r/>
          </w:p>
        </w:tc>
      </w:tr>
      <w:tr>
        <w:tc>
          <w:tcPr>
            <w:tcW w:type="dxa" w:w="1578"/>
          </w:tcPr>
          <w:p>
            <w:r/>
          </w:p>
        </w:tc>
        <w:tc>
          <w:tcPr>
            <w:tcW w:type="dxa" w:w="5919"/>
          </w:tcPr>
          <w:p>
            <w:r/>
          </w:p>
        </w:tc>
        <w:tc>
          <w:tcPr>
            <w:tcW w:type="dxa" w:w="2367"/>
          </w:tcPr>
          <w:p>
            <w:r/>
          </w:p>
        </w:tc>
      </w:tr>
      <w:tr>
        <w:tc>
          <w:tcPr>
            <w:tcW w:type="dxa" w:w="1578"/>
          </w:tcPr>
          <w:p>
            <w:r/>
          </w:p>
        </w:tc>
        <w:tc>
          <w:tcPr>
            <w:tcW w:type="dxa" w:w="5919"/>
          </w:tcPr>
          <w:p>
            <w:r/>
          </w:p>
        </w:tc>
        <w:tc>
          <w:tcPr>
            <w:tcW w:type="dxa" w:w="2367"/>
          </w:tcPr>
          <w:p>
            <w:r/>
          </w:p>
        </w:tc>
      </w:tr>
      <w:tr>
        <w:tc>
          <w:tcPr>
            <w:tcW w:type="dxa" w:w="1578"/>
          </w:tcPr>
          <w:p>
            <w:r/>
          </w:p>
        </w:tc>
        <w:tc>
          <w:tcPr>
            <w:tcW w:type="dxa" w:w="5919"/>
          </w:tcPr>
          <w:p>
            <w:r/>
          </w:p>
        </w:tc>
        <w:tc>
          <w:tcPr>
            <w:tcW w:type="dxa" w:w="2367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Güvenlik Önlemleri</w:t>
      </w:r>
    </w:p>
    <w:p>
      <w:r>
        <w:rPr>
          <w:b w:val="0"/>
        </w:rPr>
        <w:t>☐  Veli izin belgeleri toplandı</w:t>
      </w:r>
    </w:p>
    <w:p>
      <w:r>
        <w:rPr>
          <w:b w:val="0"/>
        </w:rPr>
        <w:t>☐  Öğrenci listesi ve acil iletişim numaraları yanımda</w:t>
      </w:r>
    </w:p>
    <w:p>
      <w:r>
        <w:rPr>
          <w:b w:val="0"/>
        </w:rPr>
        <w:t>☐  İlk yardım çantası hazır</w:t>
      </w:r>
    </w:p>
    <w:p>
      <w:r>
        <w:rPr>
          <w:b w:val="0"/>
        </w:rPr>
        <w:t>☐  Araç ve sürücü belgeleri idarece kontrol edildi</w:t>
      </w:r>
    </w:p>
    <w:p>
      <w:r>
        <w:rPr>
          <w:b w:val="0"/>
        </w:rPr>
        <w:t>☐  Öğrencilere yaka kartı takıldı</w:t>
      </w:r>
    </w:p>
    <w:p>
      <w:r>
        <w:rPr>
          <w:b w:val="0"/>
        </w:rPr>
        <w:t>☐  Sayım noktaları ve buluşma yeri belirlendi</w:t>
      </w:r>
    </w:p>
    <w:p>
      <w:r>
        <w:rPr>
          <w:b w:val="0"/>
        </w:rPr>
        <w:t>☐  Sağlık sorunu olan öğrenciler ve ilaçları not edildi</w:t>
      </w:r>
    </w:p>
    <w:p>
      <w:pPr>
        <w:spacing w:before="160"/>
      </w:pPr>
      <w:r>
        <w:rPr>
          <w:b/>
          <w:color w:val="0F766E"/>
          <w:sz w:val="25"/>
        </w:rPr>
        <w:t>Katılımcı Öğrenci Listesi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1973"/>
        <w:gridCol w:w="1973"/>
        <w:gridCol w:w="1973"/>
        <w:gridCol w:w="1973"/>
        <w:gridCol w:w="1973"/>
      </w:tblGrid>
      <w:tr>
        <w:tc>
          <w:tcPr>
            <w:tcW w:type="dxa" w:w="69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No</w:t>
            </w:r>
          </w:p>
        </w:tc>
        <w:tc>
          <w:tcPr>
            <w:tcW w:type="dxa" w:w="3453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Adı Soyadı</w:t>
            </w:r>
          </w:p>
        </w:tc>
        <w:tc>
          <w:tcPr>
            <w:tcW w:type="dxa" w:w="217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Veli Telefonu</w:t>
            </w:r>
          </w:p>
        </w:tc>
        <w:tc>
          <w:tcPr>
            <w:tcW w:type="dxa" w:w="138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İzin Belgesi</w:t>
            </w:r>
          </w:p>
        </w:tc>
        <w:tc>
          <w:tcPr>
            <w:tcW w:type="dxa" w:w="217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Not</w:t>
            </w:r>
          </w:p>
        </w:tc>
      </w:tr>
      <w:tr>
        <w:tc>
          <w:tcPr>
            <w:tcW w:type="dxa" w:w="691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3453"/>
          </w:tcPr>
          <w:p>
            <w:r/>
          </w:p>
        </w:tc>
        <w:tc>
          <w:tcPr>
            <w:tcW w:type="dxa" w:w="2170"/>
          </w:tcPr>
          <w:p>
            <w:r/>
          </w:p>
        </w:tc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☐</w:t>
            </w:r>
          </w:p>
        </w:tc>
        <w:tc>
          <w:tcPr>
            <w:tcW w:type="dxa" w:w="2170"/>
          </w:tcPr>
          <w:p>
            <w:r/>
          </w:p>
        </w:tc>
      </w:tr>
      <w:tr>
        <w:tc>
          <w:tcPr>
            <w:tcW w:type="dxa" w:w="691"/>
          </w:tcPr>
          <w:p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3453"/>
          </w:tcPr>
          <w:p>
            <w:r/>
          </w:p>
        </w:tc>
        <w:tc>
          <w:tcPr>
            <w:tcW w:type="dxa" w:w="2170"/>
          </w:tcPr>
          <w:p>
            <w:r/>
          </w:p>
        </w:tc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☐</w:t>
            </w:r>
          </w:p>
        </w:tc>
        <w:tc>
          <w:tcPr>
            <w:tcW w:type="dxa" w:w="2170"/>
          </w:tcPr>
          <w:p>
            <w:r/>
          </w:p>
        </w:tc>
      </w:tr>
      <w:tr>
        <w:tc>
          <w:tcPr>
            <w:tcW w:type="dxa" w:w="691"/>
          </w:tcPr>
          <w:p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3453"/>
          </w:tcPr>
          <w:p>
            <w:r/>
          </w:p>
        </w:tc>
        <w:tc>
          <w:tcPr>
            <w:tcW w:type="dxa" w:w="2170"/>
          </w:tcPr>
          <w:p>
            <w:r/>
          </w:p>
        </w:tc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☐</w:t>
            </w:r>
          </w:p>
        </w:tc>
        <w:tc>
          <w:tcPr>
            <w:tcW w:type="dxa" w:w="2170"/>
          </w:tcPr>
          <w:p>
            <w:r/>
          </w:p>
        </w:tc>
      </w:tr>
      <w:tr>
        <w:tc>
          <w:tcPr>
            <w:tcW w:type="dxa" w:w="691"/>
          </w:tcPr>
          <w:p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3453"/>
          </w:tcPr>
          <w:p>
            <w:r/>
          </w:p>
        </w:tc>
        <w:tc>
          <w:tcPr>
            <w:tcW w:type="dxa" w:w="2170"/>
          </w:tcPr>
          <w:p>
            <w:r/>
          </w:p>
        </w:tc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☐</w:t>
            </w:r>
          </w:p>
        </w:tc>
        <w:tc>
          <w:tcPr>
            <w:tcW w:type="dxa" w:w="2170"/>
          </w:tcPr>
          <w:p>
            <w:r/>
          </w:p>
        </w:tc>
      </w:tr>
      <w:tr>
        <w:tc>
          <w:tcPr>
            <w:tcW w:type="dxa" w:w="691"/>
          </w:tcPr>
          <w:p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3453"/>
          </w:tcPr>
          <w:p>
            <w:r/>
          </w:p>
        </w:tc>
        <w:tc>
          <w:tcPr>
            <w:tcW w:type="dxa" w:w="2170"/>
          </w:tcPr>
          <w:p>
            <w:r/>
          </w:p>
        </w:tc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☐</w:t>
            </w:r>
          </w:p>
        </w:tc>
        <w:tc>
          <w:tcPr>
            <w:tcW w:type="dxa" w:w="2170"/>
          </w:tcPr>
          <w:p>
            <w:r/>
          </w:p>
        </w:tc>
      </w:tr>
      <w:tr>
        <w:tc>
          <w:tcPr>
            <w:tcW w:type="dxa" w:w="691"/>
          </w:tcPr>
          <w:p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3453"/>
          </w:tcPr>
          <w:p>
            <w:r/>
          </w:p>
        </w:tc>
        <w:tc>
          <w:tcPr>
            <w:tcW w:type="dxa" w:w="2170"/>
          </w:tcPr>
          <w:p>
            <w:r/>
          </w:p>
        </w:tc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☐</w:t>
            </w:r>
          </w:p>
        </w:tc>
        <w:tc>
          <w:tcPr>
            <w:tcW w:type="dxa" w:w="2170"/>
          </w:tcPr>
          <w:p>
            <w:r/>
          </w:p>
        </w:tc>
      </w:tr>
      <w:tr>
        <w:tc>
          <w:tcPr>
            <w:tcW w:type="dxa" w:w="691"/>
          </w:tcPr>
          <w:p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3453"/>
          </w:tcPr>
          <w:p>
            <w:r/>
          </w:p>
        </w:tc>
        <w:tc>
          <w:tcPr>
            <w:tcW w:type="dxa" w:w="2170"/>
          </w:tcPr>
          <w:p>
            <w:r/>
          </w:p>
        </w:tc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☐</w:t>
            </w:r>
          </w:p>
        </w:tc>
        <w:tc>
          <w:tcPr>
            <w:tcW w:type="dxa" w:w="2170"/>
          </w:tcPr>
          <w:p>
            <w:r/>
          </w:p>
        </w:tc>
      </w:tr>
      <w:tr>
        <w:tc>
          <w:tcPr>
            <w:tcW w:type="dxa" w:w="691"/>
          </w:tcPr>
          <w:p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3453"/>
          </w:tcPr>
          <w:p>
            <w:r/>
          </w:p>
        </w:tc>
        <w:tc>
          <w:tcPr>
            <w:tcW w:type="dxa" w:w="2170"/>
          </w:tcPr>
          <w:p>
            <w:r/>
          </w:p>
        </w:tc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☐</w:t>
            </w:r>
          </w:p>
        </w:tc>
        <w:tc>
          <w:tcPr>
            <w:tcW w:type="dxa" w:w="2170"/>
          </w:tcPr>
          <w:p>
            <w:r/>
          </w:p>
        </w:tc>
      </w:tr>
      <w:tr>
        <w:tc>
          <w:tcPr>
            <w:tcW w:type="dxa" w:w="691"/>
          </w:tcPr>
          <w:p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3453"/>
          </w:tcPr>
          <w:p>
            <w:r/>
          </w:p>
        </w:tc>
        <w:tc>
          <w:tcPr>
            <w:tcW w:type="dxa" w:w="2170"/>
          </w:tcPr>
          <w:p>
            <w:r/>
          </w:p>
        </w:tc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☐</w:t>
            </w:r>
          </w:p>
        </w:tc>
        <w:tc>
          <w:tcPr>
            <w:tcW w:type="dxa" w:w="2170"/>
          </w:tcPr>
          <w:p>
            <w:r/>
          </w:p>
        </w:tc>
      </w:tr>
      <w:tr>
        <w:tc>
          <w:tcPr>
            <w:tcW w:type="dxa" w:w="691"/>
          </w:tcPr>
          <w:p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3453"/>
          </w:tcPr>
          <w:p>
            <w:r/>
          </w:p>
        </w:tc>
        <w:tc>
          <w:tcPr>
            <w:tcW w:type="dxa" w:w="2170"/>
          </w:tcPr>
          <w:p>
            <w:r/>
          </w:p>
        </w:tc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☐</w:t>
            </w:r>
          </w:p>
        </w:tc>
        <w:tc>
          <w:tcPr>
            <w:tcW w:type="dxa" w:w="2170"/>
          </w:tcPr>
          <w:p>
            <w:r/>
          </w:p>
        </w:tc>
      </w:tr>
      <w:tr>
        <w:tc>
          <w:tcPr>
            <w:tcW w:type="dxa" w:w="691"/>
          </w:tcPr>
          <w:p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3453"/>
          </w:tcPr>
          <w:p>
            <w:r/>
          </w:p>
        </w:tc>
        <w:tc>
          <w:tcPr>
            <w:tcW w:type="dxa" w:w="2170"/>
          </w:tcPr>
          <w:p>
            <w:r/>
          </w:p>
        </w:tc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☐</w:t>
            </w:r>
          </w:p>
        </w:tc>
        <w:tc>
          <w:tcPr>
            <w:tcW w:type="dxa" w:w="2170"/>
          </w:tcPr>
          <w:p>
            <w:r/>
          </w:p>
        </w:tc>
      </w:tr>
      <w:tr>
        <w:tc>
          <w:tcPr>
            <w:tcW w:type="dxa" w:w="691"/>
          </w:tcPr>
          <w:p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3453"/>
          </w:tcPr>
          <w:p>
            <w:r/>
          </w:p>
        </w:tc>
        <w:tc>
          <w:tcPr>
            <w:tcW w:type="dxa" w:w="2170"/>
          </w:tcPr>
          <w:p>
            <w:r/>
          </w:p>
        </w:tc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☐</w:t>
            </w:r>
          </w:p>
        </w:tc>
        <w:tc>
          <w:tcPr>
            <w:tcW w:type="dxa" w:w="2170"/>
          </w:tcPr>
          <w:p>
            <w:r/>
          </w:p>
        </w:tc>
      </w:tr>
      <w:tr>
        <w:tc>
          <w:tcPr>
            <w:tcW w:type="dxa" w:w="691"/>
          </w:tcPr>
          <w:p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3453"/>
          </w:tcPr>
          <w:p>
            <w:r/>
          </w:p>
        </w:tc>
        <w:tc>
          <w:tcPr>
            <w:tcW w:type="dxa" w:w="2170"/>
          </w:tcPr>
          <w:p>
            <w:r/>
          </w:p>
        </w:tc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☐</w:t>
            </w:r>
          </w:p>
        </w:tc>
        <w:tc>
          <w:tcPr>
            <w:tcW w:type="dxa" w:w="2170"/>
          </w:tcPr>
          <w:p>
            <w:r/>
          </w:p>
        </w:tc>
      </w:tr>
      <w:tr>
        <w:tc>
          <w:tcPr>
            <w:tcW w:type="dxa" w:w="691"/>
          </w:tcPr>
          <w:p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3453"/>
          </w:tcPr>
          <w:p>
            <w:r/>
          </w:p>
        </w:tc>
        <w:tc>
          <w:tcPr>
            <w:tcW w:type="dxa" w:w="2170"/>
          </w:tcPr>
          <w:p>
            <w:r/>
          </w:p>
        </w:tc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☐</w:t>
            </w:r>
          </w:p>
        </w:tc>
        <w:tc>
          <w:tcPr>
            <w:tcW w:type="dxa" w:w="2170"/>
          </w:tcPr>
          <w:p>
            <w:r/>
          </w:p>
        </w:tc>
      </w:tr>
      <w:tr>
        <w:tc>
          <w:tcPr>
            <w:tcW w:type="dxa" w:w="691"/>
          </w:tcPr>
          <w:p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3453"/>
          </w:tcPr>
          <w:p>
            <w:r/>
          </w:p>
        </w:tc>
        <w:tc>
          <w:tcPr>
            <w:tcW w:type="dxa" w:w="2170"/>
          </w:tcPr>
          <w:p>
            <w:r/>
          </w:p>
        </w:tc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☐</w:t>
            </w:r>
          </w:p>
        </w:tc>
        <w:tc>
          <w:tcPr>
            <w:tcW w:type="dxa" w:w="2170"/>
          </w:tcPr>
          <w:p>
            <w:r/>
          </w:p>
        </w:tc>
      </w:tr>
      <w:tr>
        <w:tc>
          <w:tcPr>
            <w:tcW w:type="dxa" w:w="691"/>
          </w:tcPr>
          <w:p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3453"/>
          </w:tcPr>
          <w:p>
            <w:r/>
          </w:p>
        </w:tc>
        <w:tc>
          <w:tcPr>
            <w:tcW w:type="dxa" w:w="2170"/>
          </w:tcPr>
          <w:p>
            <w:r/>
          </w:p>
        </w:tc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☐</w:t>
            </w:r>
          </w:p>
        </w:tc>
        <w:tc>
          <w:tcPr>
            <w:tcW w:type="dxa" w:w="2170"/>
          </w:tcPr>
          <w:p>
            <w:r/>
          </w:p>
        </w:tc>
      </w:tr>
      <w:tr>
        <w:tc>
          <w:tcPr>
            <w:tcW w:type="dxa" w:w="691"/>
          </w:tcPr>
          <w:p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3453"/>
          </w:tcPr>
          <w:p>
            <w:r/>
          </w:p>
        </w:tc>
        <w:tc>
          <w:tcPr>
            <w:tcW w:type="dxa" w:w="2170"/>
          </w:tcPr>
          <w:p>
            <w:r/>
          </w:p>
        </w:tc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☐</w:t>
            </w:r>
          </w:p>
        </w:tc>
        <w:tc>
          <w:tcPr>
            <w:tcW w:type="dxa" w:w="2170"/>
          </w:tcPr>
          <w:p>
            <w:r/>
          </w:p>
        </w:tc>
      </w:tr>
      <w:tr>
        <w:tc>
          <w:tcPr>
            <w:tcW w:type="dxa" w:w="691"/>
          </w:tcPr>
          <w:p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3453"/>
          </w:tcPr>
          <w:p>
            <w:r/>
          </w:p>
        </w:tc>
        <w:tc>
          <w:tcPr>
            <w:tcW w:type="dxa" w:w="2170"/>
          </w:tcPr>
          <w:p>
            <w:r/>
          </w:p>
        </w:tc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☐</w:t>
            </w:r>
          </w:p>
        </w:tc>
        <w:tc>
          <w:tcPr>
            <w:tcW w:type="dxa" w:w="2170"/>
          </w:tcPr>
          <w:p>
            <w:r/>
          </w:p>
        </w:tc>
      </w:tr>
      <w:tr>
        <w:tc>
          <w:tcPr>
            <w:tcW w:type="dxa" w:w="691"/>
          </w:tcPr>
          <w:p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3453"/>
          </w:tcPr>
          <w:p>
            <w:r/>
          </w:p>
        </w:tc>
        <w:tc>
          <w:tcPr>
            <w:tcW w:type="dxa" w:w="2170"/>
          </w:tcPr>
          <w:p>
            <w:r/>
          </w:p>
        </w:tc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☐</w:t>
            </w:r>
          </w:p>
        </w:tc>
        <w:tc>
          <w:tcPr>
            <w:tcW w:type="dxa" w:w="2170"/>
          </w:tcPr>
          <w:p>
            <w:r/>
          </w:p>
        </w:tc>
      </w:tr>
      <w:tr>
        <w:tc>
          <w:tcPr>
            <w:tcW w:type="dxa" w:w="691"/>
          </w:tcPr>
          <w:p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3453"/>
          </w:tcPr>
          <w:p>
            <w:r/>
          </w:p>
        </w:tc>
        <w:tc>
          <w:tcPr>
            <w:tcW w:type="dxa" w:w="2170"/>
          </w:tcPr>
          <w:p>
            <w:r/>
          </w:p>
        </w:tc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☐</w:t>
            </w:r>
          </w:p>
        </w:tc>
        <w:tc>
          <w:tcPr>
            <w:tcW w:type="dxa" w:w="2170"/>
          </w:tcPr>
          <w:p>
            <w:r/>
          </w:p>
        </w:tc>
      </w:tr>
      <w:tr>
        <w:tc>
          <w:tcPr>
            <w:tcW w:type="dxa" w:w="691"/>
          </w:tcPr>
          <w:p>
            <w:r/>
            <w:r>
              <w:rPr>
                <w:b w:val="0"/>
                <w:sz w:val="19"/>
              </w:rPr>
              <w:t>21</w:t>
            </w:r>
          </w:p>
        </w:tc>
        <w:tc>
          <w:tcPr>
            <w:tcW w:type="dxa" w:w="3453"/>
          </w:tcPr>
          <w:p>
            <w:r/>
          </w:p>
        </w:tc>
        <w:tc>
          <w:tcPr>
            <w:tcW w:type="dxa" w:w="2170"/>
          </w:tcPr>
          <w:p>
            <w:r/>
          </w:p>
        </w:tc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☐</w:t>
            </w:r>
          </w:p>
        </w:tc>
        <w:tc>
          <w:tcPr>
            <w:tcW w:type="dxa" w:w="2170"/>
          </w:tcPr>
          <w:p>
            <w:r/>
          </w:p>
        </w:tc>
      </w:tr>
      <w:tr>
        <w:tc>
          <w:tcPr>
            <w:tcW w:type="dxa" w:w="691"/>
          </w:tcPr>
          <w:p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3453"/>
          </w:tcPr>
          <w:p>
            <w:r/>
          </w:p>
        </w:tc>
        <w:tc>
          <w:tcPr>
            <w:tcW w:type="dxa" w:w="2170"/>
          </w:tcPr>
          <w:p>
            <w:r/>
          </w:p>
        </w:tc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☐</w:t>
            </w:r>
          </w:p>
        </w:tc>
        <w:tc>
          <w:tcPr>
            <w:tcW w:type="dxa" w:w="2170"/>
          </w:tcPr>
          <w:p>
            <w:r/>
          </w:p>
        </w:tc>
      </w:tr>
      <w:tr>
        <w:tc>
          <w:tcPr>
            <w:tcW w:type="dxa" w:w="691"/>
          </w:tcPr>
          <w:p>
            <w:r/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3453"/>
          </w:tcPr>
          <w:p>
            <w:r/>
          </w:p>
        </w:tc>
        <w:tc>
          <w:tcPr>
            <w:tcW w:type="dxa" w:w="2170"/>
          </w:tcPr>
          <w:p>
            <w:r/>
          </w:p>
        </w:tc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☐</w:t>
            </w:r>
          </w:p>
        </w:tc>
        <w:tc>
          <w:tcPr>
            <w:tcW w:type="dxa" w:w="2170"/>
          </w:tcPr>
          <w:p>
            <w:r/>
          </w:p>
        </w:tc>
      </w:tr>
      <w:tr>
        <w:tc>
          <w:tcPr>
            <w:tcW w:type="dxa" w:w="691"/>
          </w:tcPr>
          <w:p>
            <w:r/>
            <w:r>
              <w:rPr>
                <w:b w:val="0"/>
                <w:sz w:val="19"/>
              </w:rPr>
              <w:t>24</w:t>
            </w:r>
          </w:p>
        </w:tc>
        <w:tc>
          <w:tcPr>
            <w:tcW w:type="dxa" w:w="3453"/>
          </w:tcPr>
          <w:p>
            <w:r/>
          </w:p>
        </w:tc>
        <w:tc>
          <w:tcPr>
            <w:tcW w:type="dxa" w:w="2170"/>
          </w:tcPr>
          <w:p>
            <w:r/>
          </w:p>
        </w:tc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☐</w:t>
            </w:r>
          </w:p>
        </w:tc>
        <w:tc>
          <w:tcPr>
            <w:tcW w:type="dxa" w:w="2170"/>
          </w:tcPr>
          <w:p>
            <w:r/>
          </w:p>
        </w:tc>
      </w:tr>
      <w:tr>
        <w:tc>
          <w:tcPr>
            <w:tcW w:type="dxa" w:w="691"/>
          </w:tcPr>
          <w:p>
            <w:r/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3453"/>
          </w:tcPr>
          <w:p>
            <w:r/>
          </w:p>
        </w:tc>
        <w:tc>
          <w:tcPr>
            <w:tcW w:type="dxa" w:w="2170"/>
          </w:tcPr>
          <w:p>
            <w:r/>
          </w:p>
        </w:tc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☐</w:t>
            </w:r>
          </w:p>
        </w:tc>
        <w:tc>
          <w:tcPr>
            <w:tcW w:type="dxa" w:w="2170"/>
          </w:tcPr>
          <w:p>
            <w:r/>
          </w:p>
        </w:tc>
      </w:tr>
      <w:tr>
        <w:tc>
          <w:tcPr>
            <w:tcW w:type="dxa" w:w="691"/>
          </w:tcPr>
          <w:p>
            <w:r/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3453"/>
          </w:tcPr>
          <w:p>
            <w:r/>
          </w:p>
        </w:tc>
        <w:tc>
          <w:tcPr>
            <w:tcW w:type="dxa" w:w="2170"/>
          </w:tcPr>
          <w:p>
            <w:r/>
          </w:p>
        </w:tc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☐</w:t>
            </w:r>
          </w:p>
        </w:tc>
        <w:tc>
          <w:tcPr>
            <w:tcW w:type="dxa" w:w="2170"/>
          </w:tcPr>
          <w:p>
            <w:r/>
          </w:p>
        </w:tc>
      </w:tr>
      <w:tr>
        <w:tc>
          <w:tcPr>
            <w:tcW w:type="dxa" w:w="691"/>
          </w:tcPr>
          <w:p>
            <w:r/>
            <w:r>
              <w:rPr>
                <w:b w:val="0"/>
                <w:sz w:val="19"/>
              </w:rPr>
              <w:t>27</w:t>
            </w:r>
          </w:p>
        </w:tc>
        <w:tc>
          <w:tcPr>
            <w:tcW w:type="dxa" w:w="3453"/>
          </w:tcPr>
          <w:p>
            <w:r/>
          </w:p>
        </w:tc>
        <w:tc>
          <w:tcPr>
            <w:tcW w:type="dxa" w:w="2170"/>
          </w:tcPr>
          <w:p>
            <w:r/>
          </w:p>
        </w:tc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☐</w:t>
            </w:r>
          </w:p>
        </w:tc>
        <w:tc>
          <w:tcPr>
            <w:tcW w:type="dxa" w:w="2170"/>
          </w:tcPr>
          <w:p>
            <w:r/>
          </w:p>
        </w:tc>
      </w:tr>
      <w:tr>
        <w:tc>
          <w:tcPr>
            <w:tcW w:type="dxa" w:w="691"/>
          </w:tcPr>
          <w:p>
            <w:r/>
            <w:r>
              <w:rPr>
                <w:b w:val="0"/>
                <w:sz w:val="19"/>
              </w:rPr>
              <w:t>28</w:t>
            </w:r>
          </w:p>
        </w:tc>
        <w:tc>
          <w:tcPr>
            <w:tcW w:type="dxa" w:w="3453"/>
          </w:tcPr>
          <w:p>
            <w:r/>
          </w:p>
        </w:tc>
        <w:tc>
          <w:tcPr>
            <w:tcW w:type="dxa" w:w="2170"/>
          </w:tcPr>
          <w:p>
            <w:r/>
          </w:p>
        </w:tc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☐</w:t>
            </w:r>
          </w:p>
        </w:tc>
        <w:tc>
          <w:tcPr>
            <w:tcW w:type="dxa" w:w="2170"/>
          </w:tcPr>
          <w:p>
            <w:r/>
          </w:p>
        </w:tc>
      </w:tr>
      <w:tr>
        <w:tc>
          <w:tcPr>
            <w:tcW w:type="dxa" w:w="691"/>
          </w:tcPr>
          <w:p>
            <w:r/>
            <w:r>
              <w:rPr>
                <w:b w:val="0"/>
                <w:sz w:val="19"/>
              </w:rPr>
              <w:t>29</w:t>
            </w:r>
          </w:p>
        </w:tc>
        <w:tc>
          <w:tcPr>
            <w:tcW w:type="dxa" w:w="3453"/>
          </w:tcPr>
          <w:p>
            <w:r/>
          </w:p>
        </w:tc>
        <w:tc>
          <w:tcPr>
            <w:tcW w:type="dxa" w:w="2170"/>
          </w:tcPr>
          <w:p>
            <w:r/>
          </w:p>
        </w:tc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☐</w:t>
            </w:r>
          </w:p>
        </w:tc>
        <w:tc>
          <w:tcPr>
            <w:tcW w:type="dxa" w:w="2170"/>
          </w:tcPr>
          <w:p>
            <w:r/>
          </w:p>
        </w:tc>
      </w:tr>
      <w:tr>
        <w:tc>
          <w:tcPr>
            <w:tcW w:type="dxa" w:w="691"/>
          </w:tcPr>
          <w:p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3453"/>
          </w:tcPr>
          <w:p>
            <w:r/>
          </w:p>
        </w:tc>
        <w:tc>
          <w:tcPr>
            <w:tcW w:type="dxa" w:w="2170"/>
          </w:tcPr>
          <w:p>
            <w:r/>
          </w:p>
        </w:tc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☐</w:t>
            </w:r>
          </w:p>
        </w:tc>
        <w:tc>
          <w:tcPr>
            <w:tcW w:type="dxa" w:w="2170"/>
          </w:tcPr>
          <w:p>
            <w:r/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br/>
              <w:br/>
              <w:br/>
            </w:r>
          </w:p>
        </w:tc>
        <w:tc>
          <w:tcPr>
            <w:tcW w:type="dxa" w:w="4933"/>
          </w:tcPr>
          <w:p>
            <w:r/>
            <w:r>
              <w:br/>
              <w:br/>
              <w:br/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/>
            <w:r>
              <w:rPr>
                <w:b/>
                <w:sz w:val="19"/>
              </w:rPr>
              <w:t>Sorumlu Öğretmen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4933"/>
          </w:tcPr>
          <w:p>
            <w:pPr>
              <w:jc w:val="center"/>
            </w:pPr>
            <w:r/>
            <w:r>
              <w:rPr>
                <w:b/>
                <w:sz w:val="19"/>
              </w:rPr>
              <w:t>Okul Müdürü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</w:tr>
    </w:tbl>
    <w:p>
      <w:r>
        <w:rPr>
          <w:b w:val="0"/>
          <w:color w:val="4A5A64"/>
          <w:sz w:val="15"/>
        </w:rPr>
        <w:t>Bu belge Ders Pusulası tarafından hazırlanmış bir TASLAKTIR; okulunuzun idaresi ve güncel mevzuatla teyit ederek kullanınız. derspusulasi.com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A5A64"/>
        <w:sz w:val="15"/>
      </w:rPr>
      <w:t>derspusulasi.com · Gezi Planı (İdareye Sunulur)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