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Gezi / Etkinlik Veli İzin Belgesi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p>
      <w:r>
        <w:rPr>
          <w:b w:val="0"/>
        </w:rPr>
        <w:t>Sayın Velimiz,</w:t>
      </w:r>
    </w:p>
    <w:p>
      <w:r>
        <w:rPr>
          <w:b w:val="0"/>
        </w:rPr>
        <w:t>Aşağıda bilgileri verilen gezi/etkinliğe çocuğunuzun katılması için izninizi rica ederiz. Etkinlik, öğretmen gözetiminde ve okul idaresinin bilgisi dâhilinde yapılacaktır.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Tarih: </w:t>
            </w:r>
            <w:r>
              <w:rPr>
                <w:b w:val="0"/>
              </w:rPr>
              <w:t>…… / 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Ulaşım: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Dönüş Saati / Yeri: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Ücret (varsa):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Gezi / Etkinlik: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Hareket Saati / Yeri: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Sorumlu Öğretmen(ler):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Yanında Getirmesi Gerekenler: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9866"/>
      </w:tblGrid>
      <w:tr>
        <w:tc>
          <w:tcPr>
            <w:tcW w:type="dxa" w:w="9866"/>
            <w:shd w:val="clear" w:color="auto" w:fill="FFFDF8"/>
          </w:tcPr>
          <w:p>
            <w:r/>
            <w:r>
              <w:rPr>
                <w:b/>
                <w:color w:val="0F766E"/>
              </w:rPr>
              <w:t>Veli İzin Bölümü (kesip geri gönderiniz)</w:t>
              <w:br/>
            </w:r>
            <w:r>
              <w:rPr>
                <w:b w:val="0"/>
              </w:rPr>
              <w:t>Öğrencinin adı-soyadı: ………………………………………………………………     Sınıf / Şube: …… / ……</w:t>
              <w:br/>
              <w:t>Velisi bulunduğum yukarıda adı yazılı öğrencinin belirtilen gezi/etkinliğe katılmasına izin veriyorum.</w:t>
              <w:br/>
              <w:t>Sağlık notu (alerji, ilaç, araç tutması vb.): ………………………………………………………………</w:t>
              <w:br/>
              <w:t>Acil durumda aranacak kişi ve telefon: ………………………………………………………………</w:t>
              <w:br/>
              <w:t>Velinin adı-soyadı: …………………………     Tarih: …… / …… / ……     İmza: …………………………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Gezi / Etkinlik Veli İzin Belgesi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