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7. Hafta</w:t>
      </w:r>
    </w:p>
    <w:p>
      <w:pPr>
        <w:jc w:val="center"/>
      </w:pPr>
      <w:r>
        <w:rPr>
          <w:b/>
          <w:color w:val="4A5A64"/>
          <w:sz w:val="20"/>
        </w:rPr>
        <w:t>1. Sınıf · 26–30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7. hafta (26–30 Ekim)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29 Ekim Perşembe tatil · Cumhuriyet Bayramı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29 Ekim Cumhuriyet Bayramı Seti (8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Mustafa Kemal'den Atatürk'e</w:t>
      </w:r>
      <w:r>
        <w:rPr>
          <w:b w:val="0"/>
        </w:rPr>
        <w:t xml:space="preserve"> — İlk okuma-yazma: "l"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l Yazıyorum</w:t>
              <w:br/>
              <w:t>• Büyük L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  <w:br/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Dikte Çalışması</w:t>
              <w:br/>
              <w:t>• Harf Labirenti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Seçmeli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/>
                <w:sz w:val="19"/>
              </w:rPr>
              <w:t>Cümle &amp; Metin Atölyesi 1</w:t>
            </w:r>
            <w:r>
              <w:rPr>
                <w:b w:val="0"/>
                <w:sz w:val="19"/>
              </w:rPr>
              <w:t xml:space="preserve"> — beceri gruplarından sınıfınıza uygun olanları seçin:</w:t>
              <w:br/>
              <w:t>• Hece &amp; Sözcük: Heceden Kelimeye · Hece Sayıyorum · Farklı Olanı Bul</w:t>
              <w:br/>
              <w:t>• Cümle Kurma: Cümle Yazıyorum · Kelimeden Cümleye · Karışık Kelimeler · Cümleyi Uzat · Cümle Tamamlama · Görselden Cümle · Büyük Harf · Nokta · Boşluk</w:t>
              <w:br/>
              <w:t>• Metin Çalışması: Kısa Metin Okuma · Oku · Anla · Boya · Doğru mu, Yanlış mı? · Kim? Ne? Ne yapsın? · Kaç Kelime? · Kelime Avı · Metni Sırala</w:t>
              <w:br/>
              <w:t>• Kapanış: Ben Yazıyorum · Hafta Değerlendirmesi · Pano: Cümle Nasıl Yazılır?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Çözümleme / Sıra Sayıları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MAT.1.1.2 · MAT.1.1.3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MAT.1.1.4 · MAT.1.1.6 · MAT.1.1.7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Tane?</w:t>
              <w:br/>
              <w:t>• Çok–Az–Eşit</w:t>
              <w:br/>
              <w:t>• Sayı &amp; Şekil Örüntüsü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10'a Tamamla</w:t>
              <w:br/>
              <w:t>• Sırala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Eşit Yap</w:t>
              <w:br/>
              <w:t>• Tahmin Et &amp; Say</w:t>
              <w:br/>
              <w:t>• Resimli Problem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Avı</w:t>
              <w:br/>
              <w:t>• Sıra Sayısı</w:t>
              <w:br/>
              <w:t>• Hafta Değerlendirmesi</w:t>
              <w:br/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Sağlıklı Büyüme ve Gelişme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Neler Yeriz? (Sağlıklı Beslenme)</w:t>
              <w:br/>
              <w:t>• Tabağımı Kuruyorum (Sağlıklı Beslenme)</w:t>
              <w:br/>
              <w:t>• Su İçiyorum (Sağlıklı Beslenme)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Yiyecek Günlüğüm (Sağlıklı Beslenme)</w:t>
              <w:br/>
              <w:t>• Sağlıklı Büyüyorum (Sağlıklı Beslenme)</w:t>
              <w:br/>
              <w:t>• Beslenme Panosu (Sağlıklı Beslenme)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Temizlik Eşyalarım (Temizlik ve Uyku)</w:t>
              <w:br/>
              <w:t>• Ellerimi Yıkıyorum (Temizlik ve Uyku)</w:t>
              <w:br/>
              <w:t>• Ne Sıklıkta? (Temizlik ve Uyku)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Uyku Saatim (Temizlik ve Uyku)</w:t>
              <w:br/>
              <w:t>• Günlük Rutinim (Temizlik ve Uyku)</w:t>
              <w:br/>
              <w:t>• Temizlik Panosu (Temizlik ve Uyku)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Belirli gün ve haftalarla ilgili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MÜZ.1.1.5: Belirli gün ve haftalarla ilgili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