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9. Hafta</w:t>
      </w:r>
    </w:p>
    <w:p>
      <w:pPr>
        <w:jc w:val="center"/>
      </w:pPr>
      <w:r>
        <w:rPr>
          <w:b/>
          <w:color w:val="4A5A64"/>
          <w:sz w:val="20"/>
        </w:rPr>
        <w:t>1. Sınıf · 9–13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9. hafta (9–13 Kasım)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setleri:</w:t>
      </w:r>
      <w:r>
        <w:rPr>
          <w:b w:val="0"/>
        </w:rPr>
        <w:t xml:space="preserve"> 10 Kasım Atatürk'ü Anma Seti (6 yaprak) · 12 Kasım Afet Eğitimi Hazırlık Günü Seti (6 yaprak) · 20 Kasım Dünya Çocuk Hakları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Mustafa Kemal'den Atatürk'e</w:t>
      </w:r>
      <w:r>
        <w:rPr>
          <w:b w:val="0"/>
        </w:rPr>
        <w:t xml:space="preserve"> — İlk okuma-yazma: "k", "u"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(k)</w:t>
              <w:br/>
              <w:t>• Ses Nerede? (k)</w:t>
              <w:br/>
              <w:t>• Söyle &amp; Say (k)</w:t>
              <w:br/>
              <w:t>• Sesi Yakala (k)</w:t>
              <w:br/>
              <w:t>• Çiz &amp; Boya (k)</w:t>
              <w:br/>
              <w:t>• Yazıya Hazırlık (k)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Küçük k Yazıyorum (k)</w:t>
              <w:br/>
              <w:t>• Büyük K Yazıyorum (k)</w:t>
              <w:br/>
              <w:t>• Hece Çalışması (k)</w:t>
              <w:br/>
              <w:t>• Sözcük Çalışması (k)</w:t>
              <w:br/>
              <w:t>• Dinle &amp; Anlat (k)</w:t>
              <w:br/>
              <w:t>• Sese Bağla (k)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 Çalışması (k)</w:t>
              <w:br/>
              <w:t>• Harf Labirenti (k)</w:t>
              <w:br/>
              <w:t>• Hafta Değerlendirmesi (k)</w:t>
              <w:br/>
              <w:t>• Dinle &amp; Boya (u)</w:t>
              <w:br/>
              <w:t>• Ses Nerede? (u)</w:t>
              <w:br/>
              <w:t>• Söyle &amp; Say (u)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Sesi Yakala (u)</w:t>
              <w:br/>
              <w:t>• Çiz &amp; Boya (u)</w:t>
              <w:br/>
              <w:t>• Yazıya Hazırlık (u)</w:t>
              <w:br/>
              <w:t>• Küçük u Yazıyorum (u)</w:t>
              <w:br/>
              <w:t>• Büyük U Yazıyorum (u)</w:t>
              <w:br/>
              <w:t>• Hece Çalışması (u)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 (u)</w:t>
              <w:br/>
              <w:t>• Dinle &amp; Anlat (u)</w:t>
              <w:br/>
              <w:t>• Sese Bağla (u)</w:t>
              <w:br/>
              <w:t>• Dikte Çalışması (u)</w:t>
              <w:br/>
              <w:t>• Harf Labirenti (u)</w:t>
              <w:br/>
              <w:t>• Hafta Değerlendirmesi (u)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(k)</w:t>
              <w:br/>
              <w:t>• Pano Harf Kartı (u)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Sıra Sayıları / Büyüklükleri Karşılaştırma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MAT.1.1.3 · MAT.1.1.4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MAT.1.1.2 · MAT.1.1.5 · MAT.1.1.6 · MAT.1.1.7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Yolu Oyunu (Sayılar 6–10 · Oyun ve Materyal)</w:t>
              <w:br/>
              <w:t>• Onluk Çerçeve Kartları (Sayılar 6–10 · Oyun ve Materyal)</w:t>
              <w:br/>
              <w:t>• 10'a Tamamla Kartları (Sayılar 6–10 · Oyun ve Materyal)</w:t>
              <w:br/>
              <w:t>• Sayı Kulesi (Sayılar 6–10 · Oyun ve Materyal)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Nokta Kartları (Sayılar 6–10 · Oyun ve Materyal)</w:t>
              <w:br/>
              <w:t>• Hafta Değerlendirmesi (Sayılar 6–10 · Oyun ve Materyal)</w:t>
              <w:br/>
              <w:t>• Pano Kartı (Sayılar 6–10 · Oyun ve Materyal)</w:t>
              <w:br/>
              <w:t>• Sıra Sayısı (Sayılar 11–20)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 Tane? (Sayılar 11–20)</w:t>
              <w:br/>
              <w:t>• Çok–Az–Eşit (Sayılar 11–20)</w:t>
              <w:br/>
              <w:t>• Sayı &amp; Şekil Örüntüsü (Sayılar 11–20)</w:t>
              <w:br/>
              <w:t>• Onluk – Birlik (Sayılar 11–20)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Doğrusu (Sayılar 11–20)</w:t>
              <w:br/>
              <w:t>• Ritmik Sayma (Sayılar 11–20)</w:t>
              <w:br/>
              <w:t>• Sırala (Sayılar 11–20)</w:t>
              <w:br/>
              <w:t>• Resimli Problem (Sayılar 11–20)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Parçala (Bütün–Parça) (Sayılar 11–20)</w:t>
              <w:br/>
              <w:t>• Hafta Değerlendirmesi (Sayılar 11–20)</w:t>
              <w:br/>
              <w:t>• Pano Kartı (Sayılar 11–20)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Temel Trafik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Trafik Işığı</w:t>
              <w:br/>
              <w:t>• Karşıya Geçiyorum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Nereden Geçerim?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Trafik Levhaları</w:t>
              <w:br/>
              <w:t>• Okul Yolum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Trafik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GS.1.3.1: Çağdaş Türk resim sanatında peyzaj temalı eserleri inceleyebilme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9.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