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11. Hafta</w:t>
      </w:r>
    </w:p>
    <w:p>
      <w:pPr>
        <w:jc w:val="center"/>
      </w:pPr>
      <w:r>
        <w:rPr>
          <w:b/>
          <w:color w:val="4A5A64"/>
          <w:sz w:val="20"/>
        </w:rPr>
        <w:t>1. Sınıf · 30 Kasım – 4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11. hafta (30 Kasım – 4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3 Aralık Dünya Engelliler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Çevremizdeki Yaşam</w:t>
      </w:r>
      <w:r>
        <w:rPr>
          <w:b w:val="0"/>
        </w:rPr>
        <w:t xml:space="preserve"> — İlk okuma-yazma: "m" sesi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</w:t>
              <w:br/>
              <w:t>• Ses Nerede?</w:t>
              <w:br/>
              <w:t>• Söyle &amp; Say</w:t>
              <w:br/>
              <w:t>• Sesi Yakala</w:t>
              <w:br/>
              <w:t>• Çiz &amp; Boya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Çiz &amp; Boya</w:t>
              <w:br/>
              <w:t>• Yazıya Hazırlık</w:t>
              <w:br/>
              <w:t>• Küçük m Yazıyorum</w:t>
              <w:br/>
              <w:t>• Büyük M Yazıyorum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Çalışması</w:t>
              <w:br/>
              <w:t>• Sözcük Çalışması</w:t>
              <w:br/>
              <w:t>• Dinle &amp; Anlat</w:t>
              <w:br/>
              <w:t>• Sese Bağla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Dikte Çalışması</w:t>
              <w:br/>
              <w:t>• Harf Labirenti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Seçmeli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/>
                <w:sz w:val="19"/>
              </w:rPr>
              <w:t>Cümle &amp; Metin Atölyesi 2</w:t>
            </w:r>
            <w:r>
              <w:rPr>
                <w:b w:val="0"/>
                <w:sz w:val="19"/>
              </w:rPr>
              <w:t xml:space="preserve"> — beceri gruplarından sınıfınıza uygun olanları seçin:</w:t>
              <w:br/>
              <w:t>• Hece &amp; Sözcük: Heceden Kelimeye · Hece Sayıyorum · Sözcük Ailesi · Farklı Olanı Bul</w:t>
              <w:br/>
              <w:t>• Cümle Kurma: Cümle Yazıyorum · Kelimeden Cümleye · Karışık Kelimeler · Cümleyi Uzat · Cümle Tamamlama · Görselden Cümle · Büyük Harf · Nokta · Boşluk</w:t>
              <w:br/>
              <w:t>• Metin Çalışması: Kısa Metin Okuma · Oku · Anla · Boya · Doğru mu, Yanlış mı? · Kim? Ne? Ne yapar? · Kaç Kelime? · Kelime Avı · Metni Sırala · Kim? Ne? (yazarak)</w:t>
              <w:br/>
              <w:t>• Kapanış: Ben Yazıyorum · Hafta Değerlendirmesi · Pano: Cümle Nasıl Yazılır?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Ritmik Sayma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MAT.1.1.5  —  </w:t>
      </w:r>
      <w:r>
        <w:rPr>
          <w:b/>
        </w:rPr>
        <w:t>Setlerde ayrıca çalışılan:</w:t>
      </w:r>
      <w:r>
        <w:rPr>
          <w:b w:val="0"/>
        </w:rPr>
        <w:t xml:space="preserve"> MAT.1.1.1 · MAT.1.1.2 · MAT.1.1.4 · MAT.1.1.6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Sayı Örüntüsü</w:t>
              <w:br/>
              <w:t>• Nesne Örüntüsü</w:t>
              <w:br/>
              <w:t>• Örüntünün Kuralı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Ritmik Sayma</w:t>
              <w:br/>
              <w:t>• 100'lük Tablo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Sayı Doğrusu</w:t>
              <w:br/>
              <w:t>• Sayı Avı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Sırala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Örüntü Kartları</w:t>
              <w:br/>
              <w:t>• Pano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Acil Durumlar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HB.1.2.4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112'yi Tanıyorum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Kime Haber Veririm?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Telefonda Ne Söylerim?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GS.1.3.2: Renk ve şekil tekrarlarıyla doğa izlenimlerini yansıtan peyzaj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MÜZ.1.1.4: Farklı türdeki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BEO.1.1.3: Temel hareket becerilerini açıklayabilme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11.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