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13. Hafta</w:t>
      </w:r>
    </w:p>
    <w:p>
      <w:pPr>
        <w:jc w:val="center"/>
      </w:pPr>
      <w:r>
        <w:rPr>
          <w:b/>
          <w:color w:val="4A5A64"/>
          <w:sz w:val="20"/>
        </w:rPr>
        <w:t>1. Sınıf · 14–18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13. hafta (14–18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Tutum, Yatırım ve Türk Malları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Çevremizdeki Yaşam / 4. Tema: Yol Arkadaşımız Kitaplar</w:t>
      </w:r>
      <w:r>
        <w:rPr>
          <w:b w:val="0"/>
        </w:rPr>
        <w:t xml:space="preserve"> — İlk okuma-yazma: "y", "d", "z", "ç" sesleri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 (y)</w:t>
              <w:br/>
              <w:t>• Ses Nerede? (y)</w:t>
              <w:br/>
              <w:t>• Söyle &amp; Say (y)</w:t>
              <w:br/>
              <w:t>• Sesi Yakala (y)</w:t>
              <w:br/>
              <w:t>• Çiz &amp; Boya (y)</w:t>
              <w:br/>
              <w:t>• Yazıya Hazırlık (y)</w:t>
              <w:br/>
              <w:t>• Küçük y Yazıyorum (y)</w:t>
              <w:br/>
              <w:t>• Büyük Y Yazıyorum (y)</w:t>
              <w:br/>
              <w:t>• Hece Çalışması (y)</w:t>
              <w:br/>
              <w:t>• Sözcük Çalışması (y)</w:t>
              <w:br/>
              <w:t>• Dinle &amp; Anlat (y)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Sese Bağla (y)</w:t>
              <w:br/>
              <w:t>• Dikte Çalışması (y)</w:t>
              <w:br/>
              <w:t>• Harf Labirenti (y)</w:t>
              <w:br/>
              <w:t>• Hafta Değerlendirmesi (y)</w:t>
              <w:br/>
              <w:t>• Dinle &amp; Boya (d)</w:t>
              <w:br/>
              <w:t>• Ses Nerede? (d)</w:t>
              <w:br/>
              <w:t>• Söyle &amp; Say (d)</w:t>
              <w:br/>
              <w:t>• Sesi Yakala (d)</w:t>
              <w:br/>
              <w:t>• Çiz &amp; Boya (d)</w:t>
              <w:br/>
              <w:t>• Yazıya Hazırlık (d)</w:t>
              <w:br/>
              <w:t>• Küçük d Yazıyorum (d)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Büyük D Yazıyorum (d)</w:t>
              <w:br/>
              <w:t>• Hece Çalışması (d)</w:t>
              <w:br/>
              <w:t>• Sözcük Çalışması (d)</w:t>
              <w:br/>
              <w:t>• Dinle &amp; Anlat (d)</w:t>
              <w:br/>
              <w:t>• Sese Bağla (d)</w:t>
              <w:br/>
              <w:t>• Dikte Çalışması (d)</w:t>
              <w:br/>
              <w:t>• Harf Labirenti (d)</w:t>
              <w:br/>
              <w:t>• Hafta Değerlendirmesi (d)</w:t>
              <w:br/>
              <w:t>• Dinle &amp; Boya (z)</w:t>
              <w:br/>
              <w:t>• Ses Nerede? (z)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Söyle &amp; Say (z)</w:t>
              <w:br/>
              <w:t>• Sesi Yakala (z)</w:t>
              <w:br/>
              <w:t>• Çiz &amp; Boya (z)</w:t>
              <w:br/>
              <w:t>• Yazıya Hazırlık (z)</w:t>
              <w:br/>
              <w:t>• Küçük z Yazıyorum (z)</w:t>
              <w:br/>
              <w:t>• Büyük Z Yazıyorum (z)</w:t>
              <w:br/>
              <w:t>• Hece Çalışması (z)</w:t>
              <w:br/>
              <w:t>• Sözcük Çalışması (z)</w:t>
              <w:br/>
              <w:t>• Dinle &amp; Anlat (z)</w:t>
              <w:br/>
              <w:t>• Sese Bağla (z)</w:t>
              <w:br/>
              <w:t>• Dikte Çalışması (z)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Harf Labirenti (z)</w:t>
              <w:br/>
              <w:t>• Hafta Değerlendirmesi (z)</w:t>
              <w:br/>
              <w:t>• Dinle &amp; Boya (ç)</w:t>
              <w:br/>
              <w:t>• Ses Nerede? (ç)</w:t>
              <w:br/>
              <w:t>• Söyle &amp; Say (ç)</w:t>
              <w:br/>
              <w:t>• Sesi Yakala (ç)</w:t>
              <w:br/>
              <w:t>• Çiz &amp; Boya (ç)</w:t>
              <w:br/>
              <w:t>• Yazıya Hazırlık (ç)</w:t>
              <w:br/>
              <w:t>• Küçük ç Yazıyorum (ç)</w:t>
              <w:br/>
              <w:t>• Büyük Ç Yazıyorum (ç)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 (y)</w:t>
              <w:br/>
              <w:t>• Pano Harf Kartı (d)</w:t>
              <w:br/>
              <w:t>• Pano Harf Kartı (z)</w:t>
              <w:br/>
              <w:t>• Pano Harf Kartı (ç)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Seçmeli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/>
                <w:sz w:val="19"/>
              </w:rPr>
              <w:t>Cümle &amp; Metin Atölyesi 3</w:t>
            </w:r>
            <w:r>
              <w:rPr>
                <w:b w:val="0"/>
                <w:sz w:val="19"/>
              </w:rPr>
              <w:t xml:space="preserve"> — beceri gruplarından sınıfınıza uygun olanları seçin:</w:t>
              <w:br/>
              <w:t>• Hece &amp; Sözcük: Heceden Kelimeye · Hece Sayıyorum · Sözcük Ailesi · Farklı Olanı Bul</w:t>
              <w:br/>
              <w:t>• Cümle Kurma: Konuşma Çizgisi · Cümle Yazıyorum · Kelimeden Cümleye · Karışık Kelimeler · Cümleyi Uzat · Cümle Tamamlama · Görselden Cümle · Büyük Harf · Nokta · Boşluk</w:t>
              <w:br/>
              <w:t>• Metin Çalışması: Kısa Metin Okuma · Oku · Anla · Boya · Doğru mu, Yanlış mı? · Kim? Ne? Ne yaptı? · Kaç Kelime? · Kelime Avı · Metni Sırala · Kim? Ne? (yazarak) · Kim? Ne? Nerede? Ne zaman?</w:t>
              <w:br/>
              <w:t>• Kapanış: Ben Yazıyorum · Hafta Değerlendirmesi · Pano: Cümle Nasıl Yazılır?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 ve Şekil Örüntüleri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MAT.1.1.6  —  </w:t>
      </w:r>
      <w:r>
        <w:rPr>
          <w:b/>
        </w:rPr>
        <w:t>Setlerde ayrıca çalışılan:</w:t>
      </w:r>
      <w:r>
        <w:rPr>
          <w:b w:val="0"/>
        </w:rPr>
        <w:t xml:space="preserve"> MAT.1.1.1 · MAT.1.1.2 · MAT.1.1.4 · MAT.1.1.5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Boncuk Kolye</w:t>
              <w:br/>
              <w:t>• Şekil Kartlarıyla Örüntü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Hareket Örüntüsü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Sekme Tahtası</w:t>
              <w:br/>
              <w:t>• Örüntü Bilekliği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 / Ailem ve Toplum</w:t>
      </w:r>
      <w:r>
        <w:rPr>
          <w:b w:val="0"/>
        </w:rPr>
        <w:t xml:space="preserve"> — Acil Durumlar / Ailenin Özellikleri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HB.1.2.4 · HB.1.3.1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Kime Haber Veririm?</w:t>
              <w:br/>
              <w:t>• Ailem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Küçükten Büyüğe</w:t>
              <w:br/>
              <w:t>• Ailede Ben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Birlikte Ne Yaparız?</w:t>
              <w:br/>
              <w:t>• Evim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Aile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GS.1.3.2: Renk ve şekil tekrarlarıyla doğa izlenimlerini yansıtan peyzaj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MÜZ.1.1.6: Ortak repertuvardaki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13.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