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15. Hafta</w:t>
      </w:r>
    </w:p>
    <w:p>
      <w:pPr>
        <w:jc w:val="center"/>
      </w:pPr>
      <w:r>
        <w:rPr>
          <w:b/>
          <w:color w:val="4A5A64"/>
          <w:sz w:val="20"/>
        </w:rPr>
        <w:t>1. Sınıf · 28 Aralık – 1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15. hafta (28 Aralık – 1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1 Ocak Cuma tatil · Yılbaşı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Yol Arkadaşımız Kitaplar</w:t>
      </w:r>
      <w:r>
        <w:rPr>
          <w:b w:val="0"/>
        </w:rPr>
        <w:t xml:space="preserve"> — İlk okuma-yazma: "c", "ş"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(c)</w:t>
              <w:br/>
              <w:t>• Ses Nerede? (c)</w:t>
              <w:br/>
              <w:t>• Söyle &amp; Say (c)</w:t>
              <w:br/>
              <w:t>• Sesi Yakala (c)</w:t>
              <w:br/>
              <w:t>• Çiz &amp; Boya (c)</w:t>
              <w:br/>
              <w:t>• Yazıya Hazırlık (c)</w:t>
              <w:br/>
              <w:t>• Küçük c Yazıyorum (c)</w:t>
              <w:br/>
              <w:t>• Büyük C Yazıyorum (c)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 (c)</w:t>
              <w:br/>
              <w:t>• Sözcük Çalışması (c)</w:t>
              <w:br/>
              <w:t>• Dinle &amp; Anlat (c)</w:t>
              <w:br/>
              <w:t>• Sese Bağla (c)</w:t>
              <w:br/>
              <w:t>• Dikte Çalışması (c)</w:t>
              <w:br/>
              <w:t>• Harf Labirenti (c)</w:t>
              <w:br/>
              <w:t>• Hafta Değerlendirmesi (c)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(ş)</w:t>
              <w:br/>
              <w:t>• Ses Nerede? (ş)</w:t>
              <w:br/>
              <w:t>• Söyle &amp; Say (ş)</w:t>
              <w:br/>
              <w:t>• Sesi Yakala (ş)</w:t>
              <w:br/>
              <w:t>• Çiz &amp; Boya (ş)</w:t>
              <w:br/>
              <w:t>• Yazıya Hazırlık (ş)</w:t>
              <w:br/>
              <w:t>• Küçük ş Yazıyorum (ş)</w:t>
              <w:br/>
              <w:t>• Büyük Ş Yazıyorum (ş)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 (ş)</w:t>
              <w:br/>
              <w:t>• Sözcük Çalışması (ş)</w:t>
              <w:br/>
              <w:t>• Dinle &amp; Anlat (ş)</w:t>
              <w:br/>
              <w:t>• Sese Bağla (ş)</w:t>
              <w:br/>
              <w:t>• Dikte Çalışması (ş)</w:t>
              <w:br/>
              <w:t>• Harf Labirenti (ş)</w:t>
              <w:br/>
              <w:t>• Hafta Değerlendirmesi (ş)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(c)</w:t>
              <w:br/>
              <w:t>• Pano Harf Kartı (ş)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Seçmeli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/>
                <w:sz w:val="19"/>
              </w:rPr>
              <w:t>Cümle &amp; Metin Atölyesi 4</w:t>
            </w:r>
            <w:r>
              <w:rPr>
                <w:b w:val="0"/>
                <w:sz w:val="19"/>
              </w:rPr>
              <w:t xml:space="preserve"> — beceri gruplarından sınıfınıza uygun olanları seçin:</w:t>
              <w:br/>
              <w:t>• Hece &amp; Sözcük: Heceden Kelimeye · Hece Sayıyorum · Sözcük Ailesi · Farklı Olanı Bul</w:t>
              <w:br/>
              <w:t>• Cümle Kurma: Konuşma Çizgisi · Cümle Yazıyorum · Çünkü — Neden &amp; Sonuç · Kelimeden Cümleye · Karışık Kelimeler · Cümleyi Uzat · Cümle Tamamlama · Görselden Cümle · Büyük Harf · Nokta · Boşluk · Başlık Koy · Nokta, Soru, Ünlem</w:t>
              <w:br/>
              <w:t>• Metin Çalışması: Kısa Metin Okuma · Oku · Anla · Boya · Doğru mu, Yanlış mı? · Kim? Ne? Ne yaptı? · Kaç Kelime? · Kelime Avı · Metni Sırala · Kim? Ne? (yazarak) · Kim? Ne? Nerede? Ne zaman?</w:t>
              <w:br/>
              <w:t>• Kapanış: Ben Yazıyorum · Hafta Değerlendirmesi · Pano: Cümle Nasıl Yazılır?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 / Sayılar ve Nicelikler (2)</w:t>
      </w:r>
      <w:r>
        <w:rPr>
          <w:b w:val="0"/>
        </w:rPr>
        <w:t xml:space="preserve"> — Nesne Sayısını Tahmin Etme / Uzunluk ve Kütle Ölçme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MAT.1.1.7 · MAT.1.1.8  —  </w:t>
      </w:r>
      <w:r>
        <w:rPr>
          <w:b/>
        </w:rPr>
        <w:t>Setlerde ayrıca çalışılan:</w:t>
      </w:r>
      <w:r>
        <w:rPr>
          <w:b w:val="0"/>
        </w:rPr>
        <w:t xml:space="preserve"> MAT.1.1.4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Et &amp; Say</w:t>
              <w:br/>
              <w:t>• Uzun mu, Kısa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En Uzun, En Kısa</w:t>
              <w:br/>
              <w:t>• Aynı Boyda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Baştan Hizala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Kısadan Uzuna Sırala</w:t>
              <w:br/>
              <w:t>• Hafta Değerlendirmesi</w:t>
              <w:br/>
              <w:t>• Pano: Uzunluk Sözlüğü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Ailede Nezaket ve Görgü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Sihirli Sözcükler</w:t>
              <w:br/>
              <w:t>•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Karşılıklı Konuşma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Kartlarım</w:t>
              <w:br/>
              <w:t>• Nezaket Takibim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Nezaket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