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16. Hafta</w:t>
      </w:r>
    </w:p>
    <w:p>
      <w:pPr>
        <w:jc w:val="center"/>
      </w:pPr>
      <w:r>
        <w:rPr>
          <w:b/>
          <w:color w:val="4A5A64"/>
          <w:sz w:val="20"/>
        </w:rPr>
        <w:t>1. Sınıf · 4–8 Ocak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16. hafta (4–8 Ocak)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sesi ya 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4. Tema: Yol Arkadaşımız Kitaplar</w:t>
      </w:r>
      <w:r>
        <w:rPr>
          <w:b w:val="0"/>
        </w:rPr>
        <w:t xml:space="preserve"> — İlk okuma-yazma: "p", "h" sesleri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T.D.1.1 · T.D.1.2 · T.D.1.3 · T.D.1.4 · T.K.1.2 · T.K.1.3 · T.O.1.1 · T.Y.1.1 · T.Y.1.3</w:t>
      </w:r>
    </w:p>
    <w:p>
      <w:r>
        <w:rPr>
          <w:b/>
        </w:rPr>
        <w:t>Okul temelli planlama haftası</w:t>
      </w:r>
      <w:r>
        <w:rPr>
          <w:b w:val="0"/>
        </w:rPr>
        <w:t xml:space="preserve"> (MEB ders saati: 6+(4)). Okul temelli planlama saatlerini zümre kararına göre ayırın; yaprak dağılımını buna göre kısaltın.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&amp; Boya (p)</w:t>
              <w:br/>
              <w:t>• Ses Nerede? (p)</w:t>
              <w:br/>
              <w:t>• Söyle &amp; Say (p)</w:t>
              <w:br/>
              <w:t>• Sesi Yakala (p)</w:t>
              <w:br/>
              <w:t>• Çiz &amp; Boya (p)</w:t>
              <w:br/>
              <w:t>• Yazıya Hazırlık (p)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Küçük p Yazıyorum (p)</w:t>
              <w:br/>
              <w:t>• Büyük P Yazıyorum (p)</w:t>
              <w:br/>
              <w:t>• Hece Çalışması (p)</w:t>
              <w:br/>
              <w:t>• Sözcük Çalışması (p)</w:t>
              <w:br/>
              <w:t>• Dinle &amp; Anlat (p)</w:t>
              <w:br/>
              <w:t>• Sese Bağla (p)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Dikte Çalışması (p)</w:t>
              <w:br/>
              <w:t>• Harf Labirenti (p)</w:t>
              <w:br/>
              <w:t>• Hafta Değerlendirmesi (p)</w:t>
              <w:br/>
              <w:t>• Dinle &amp; Boya (h)</w:t>
              <w:br/>
              <w:t>• Ses Nerede? (h)</w:t>
              <w:br/>
              <w:t>• Söyle &amp; Say (h)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Sesi Yakala (h)</w:t>
              <w:br/>
              <w:t>• Çiz &amp; Boya (h)</w:t>
              <w:br/>
              <w:t>• Yazıya Hazırlık (h)</w:t>
              <w:br/>
              <w:t>• Küçük h Yazıyorum (h)</w:t>
              <w:br/>
              <w:t>• Büyük H Yazıyorum (h)</w:t>
              <w:br/>
              <w:t>• Hece Çalışması (h)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Sözcük Çalışması (h)</w:t>
              <w:br/>
              <w:t>• Dinle &amp; Anlat (h)</w:t>
              <w:br/>
              <w:t>• Sese Bağla (h)</w:t>
              <w:br/>
              <w:t>• Dikte Çalışması (h)</w:t>
              <w:br/>
              <w:t>• Harf Labirenti (h)</w:t>
              <w:br/>
              <w:t>• Hafta Değerlendirmesi (h)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Hafta boyu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Pano Harf Kartı (p)</w:t>
              <w:br/>
              <w:t>• Pano Harf Kartı (h)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(2)</w:t>
      </w:r>
      <w:r>
        <w:rPr>
          <w:b w:val="0"/>
        </w:rPr>
        <w:t xml:space="preserve"> — Uzunluk ve Kütle Ölçme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MAT.1.1.8</w:t>
      </w:r>
    </w:p>
    <w:p>
      <w:r>
        <w:rPr>
          <w:b/>
        </w:rPr>
        <w:t>Okul temelli planlama haftası</w:t>
      </w:r>
      <w:r>
        <w:rPr>
          <w:b w:val="0"/>
        </w:rPr>
        <w:t xml:space="preserve"> (MEB ders saati: 3+(2)). Okul temelli planlama saatlerini zümre kararına göre ayırın; yaprak dağılımını buna göre kısaltın.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Kaç Birim Uzunluğunda?</w:t>
              <w:br/>
              <w:t>• Boşluk Bırakma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Birimler Eşit mi?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Aynı Çubuk, Farklı Birim</w:t>
              <w:br/>
              <w:t>• Kimin Karışı?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Pano: Ölçmenin Kuralları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Ailem ve Toplum</w:t>
      </w:r>
      <w:r>
        <w:rPr>
          <w:b w:val="0"/>
        </w:rPr>
        <w:t xml:space="preserve"> — Ailedeki Görev ve Sorumluluklar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HB.1.3.3</w:t>
      </w:r>
    </w:p>
    <w:p>
      <w:r>
        <w:rPr>
          <w:b/>
        </w:rPr>
        <w:t>Okul temelli planlama haftası</w:t>
      </w:r>
      <w:r>
        <w:rPr>
          <w:b w:val="0"/>
        </w:rPr>
        <w:t xml:space="preserve"> (MEB ders saati: 3+(1)). Okul temelli planlama saatlerini zümre kararına göre ayırın; yaprak dağılımını buna göre kısaltın.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Evde Neler Yapılır?</w:t>
              <w:br/>
              <w:t>• Bu İş Kimin?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İşi Tamamla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Benim İşim</w:t>
              <w:br/>
              <w:t>• İşin Sırası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Sorumluluk Panosu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Çizim ve Görsel İfade</w:t>
              <w:br/>
              <w:t>Kompozisyonda Çizgi Çeşitliliği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GS.1.4.1: Temel çizgi türlerini kullanarak serbest çizim yapabilme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Bedensel hareketler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MÜZ.1.1.7: Müzik eserlerine bedensel hareketlerle eşlik edebilme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 Ediyorum</w:t>
              <w:br/>
              <w:t>Temel Hareket Becerileri</w:t>
              <w:br/>
              <w:t>Okul temelli planlama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BEO.1.1.4: Temel hareket becerilerini sergileyebilme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1. Sınıf 16.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