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17. Hafta</w:t>
      </w:r>
    </w:p>
    <w:p>
      <w:pPr>
        <w:jc w:val="center"/>
      </w:pPr>
      <w:r>
        <w:rPr>
          <w:b/>
          <w:color w:val="4A5A64"/>
          <w:sz w:val="20"/>
        </w:rPr>
        <w:t>1. Sınıf · 11–15 Ocak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17. hafta (11–15 Ocak)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sesi ya 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seti:</w:t>
      </w:r>
      <w:r>
        <w:rPr>
          <w:b w:val="0"/>
        </w:rPr>
        <w:t xml:space="preserve"> Enerji Tasarrufu Haftası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4. Tema: Yol Arkadaşımız Kitaplar</w:t>
      </w:r>
      <w:r>
        <w:rPr>
          <w:b w:val="0"/>
        </w:rPr>
        <w:t xml:space="preserve"> — İlk okuma-yazma: "v", "ğ", "f", "j" sesleri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T.D.1.1 · T.D.1.2 · T.D.1.3 · T.D.1.4 · T.K.1.2 · T.K.1.3 · T.O.1.1 · T.Y.1.1 · T.Y.1.3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&amp; Boya (v)</w:t>
              <w:br/>
              <w:t>• Ses Nerede? (v)</w:t>
              <w:br/>
              <w:t>• Söyle &amp; Say (v)</w:t>
              <w:br/>
              <w:t>• Sesi Yakala (v)</w:t>
              <w:br/>
              <w:t>• Çiz &amp; Boya (v)</w:t>
              <w:br/>
              <w:t>• Yazıya Hazırlık (v)</w:t>
              <w:br/>
              <w:t>• Küçük v Yazıyorum (v)</w:t>
              <w:br/>
              <w:t>• Büyük V Yazıyorum (v)</w:t>
              <w:br/>
              <w:t>• Hece Çalışması (v)</w:t>
              <w:br/>
              <w:t>• Sözcük Çalışması (v)</w:t>
              <w:br/>
              <w:t>• Dinle &amp; Anlat (v)</w:t>
              <w:br/>
              <w:t>• Sese Bağla (v)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Dikte Çalışması (v)</w:t>
              <w:br/>
              <w:t>• Harf Labirenti (v)</w:t>
              <w:br/>
              <w:t>• Hafta Değerlendirmesi (v)</w:t>
              <w:br/>
              <w:t>• Dinle &amp; Boya (ğ)</w:t>
              <w:br/>
              <w:t>• Ses Nerede? (ğ)</w:t>
              <w:br/>
              <w:t>• Söyle &amp; Say (ğ)</w:t>
              <w:br/>
              <w:t>• Sesi Yakala (ğ)</w:t>
              <w:br/>
              <w:t>• Çiz &amp; Boya (ğ)</w:t>
              <w:br/>
              <w:t>• Yazıya Hazırlık (ğ)</w:t>
              <w:br/>
              <w:t>• Küçük ğ Yazıyorum (ğ)</w:t>
              <w:br/>
              <w:t>• Büyük Ğ Yazıyorum (ğ)</w:t>
              <w:br/>
              <w:t>• Hece Çalışması (ğ)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Sözcük Çalışması (ğ)</w:t>
              <w:br/>
              <w:t>• Dinle &amp; Anlat (ğ)</w:t>
              <w:br/>
              <w:t>• Sese Bağla (ğ)</w:t>
              <w:br/>
              <w:t>• Dikte Çalışması (ğ)</w:t>
              <w:br/>
              <w:t>• Harf Labirenti (ğ)</w:t>
              <w:br/>
              <w:t>• Hafta Değerlendirmesi (ğ)</w:t>
              <w:br/>
              <w:t>• Dinle &amp; Boya (f)</w:t>
              <w:br/>
              <w:t>• Ses Nerede? (f)</w:t>
              <w:br/>
              <w:t>• Söyle &amp; Say (f)</w:t>
              <w:br/>
              <w:t>• Sesi Yakala (f)</w:t>
              <w:br/>
              <w:t>• Çiz &amp; Boya (f)</w:t>
              <w:br/>
              <w:t>• Yazıya Hazırlık (f)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Küçük f Yazıyorum (f)</w:t>
              <w:br/>
              <w:t>• Büyük F Yazıyorum (f)</w:t>
              <w:br/>
              <w:t>• Hece Çalışması (f)</w:t>
              <w:br/>
              <w:t>• Sözcük Çalışması (f)</w:t>
              <w:br/>
              <w:t>• Dinle &amp; Anlat (f)</w:t>
              <w:br/>
              <w:t>• Sese Bağla (f)</w:t>
              <w:br/>
              <w:t>• Dikte Çalışması (f)</w:t>
              <w:br/>
              <w:t>• Harf Labirenti (f)</w:t>
              <w:br/>
              <w:t>• Hafta Değerlendirmesi (f)</w:t>
              <w:br/>
              <w:t>• Dinle &amp; Boya (j)</w:t>
              <w:br/>
              <w:t>• Ses Nerede? (j)</w:t>
              <w:br/>
              <w:t>• Söyle &amp; Say (j)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Sesi Yakala (j)</w:t>
              <w:br/>
              <w:t>• Çiz &amp; Boya (j)</w:t>
              <w:br/>
              <w:t>• Yazıya Hazırlık (j)</w:t>
              <w:br/>
              <w:t>• Küçük j Yazıyorum (j)</w:t>
              <w:br/>
              <w:t>• Büyük J Yazıyorum (j)</w:t>
              <w:br/>
              <w:t>• Hece Çalışması (j)</w:t>
              <w:br/>
              <w:t>• Sözcük Çalışması (j)</w:t>
              <w:br/>
              <w:t>• Dinle &amp; Anlat (j)</w:t>
              <w:br/>
              <w:t>• Sese Bağla (j)</w:t>
              <w:br/>
              <w:t>• Dikte Çalışması (j)</w:t>
              <w:br/>
              <w:t>• Harf Labirenti (j)</w:t>
              <w:br/>
              <w:t>• Hafta Değerlendirmesi (j)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Hafta boyu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Pano Harf Kartı (v)</w:t>
              <w:br/>
              <w:t>• Pano Harf Kartı (ğ)</w:t>
              <w:br/>
              <w:t>• Pano Harf Kartı (f)</w:t>
              <w:br/>
              <w:t>• Pano Harf Kartı (j)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Seçmeli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/>
                <w:sz w:val="19"/>
              </w:rPr>
              <w:t>Cümle &amp; Metin Atölyesi 5</w:t>
            </w:r>
            <w:r>
              <w:rPr>
                <w:b w:val="0"/>
                <w:sz w:val="19"/>
              </w:rPr>
              <w:t xml:space="preserve"> — beceri gruplarından sınıfınıza uygun olanları seçin:</w:t>
              <w:br/>
              <w:t>• Hece &amp; Sözcük: Heceden Kelimeye · Hece Sayıyorum · Sözcük Ailesi · Farklı Olanı Bul</w:t>
              <w:br/>
              <w:t>• Cümle Kurma: Konuşma Çizgisi · Cümle Yazıyorum · Çünkü — Neden &amp; Sonuç · Kelimeden Cümleye · Karışık Kelimeler · Cümleyi Uzat · Cümle Tamamlama · Görselden Cümle · Büyük Harf · Nokta · Boşluk · Başlık Koy · Nokta, Soru, Ünlem</w:t>
              <w:br/>
              <w:t>• Metin Çalışması: Kısa Metin Okuma · Oku · Anla · Boya · Doğru mu, Yanlış mı? · Kim? Ne? Ne yaptı? · Kaç Kelime? · Kelime Avı · Metni Sırala · Kim? Ne? (yazarak) · Kim? Ne? Nerede? Ne zaman? · Özetliyorum · Olayın Başı, Ortası, Sonu</w:t>
              <w:br/>
              <w:t>• Kapanış: Ben Yazıyorum · Hafta Değerlendirmesi · Pano: Cümle Nasıl Yazılır?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(2)</w:t>
      </w:r>
      <w:r>
        <w:rPr>
          <w:b w:val="0"/>
        </w:rPr>
        <w:t xml:space="preserve"> — Uzunluk ve Kütle Ölçme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MAT.1.1.8  —  </w:t>
      </w:r>
      <w:r>
        <w:rPr>
          <w:b/>
        </w:rPr>
        <w:t>Setlerde ayrıca çalışılan:</w:t>
      </w:r>
      <w:r>
        <w:rPr>
          <w:b w:val="0"/>
        </w:rPr>
        <w:t xml:space="preserve"> MAT.1.1.4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Kaç Ataç Uzunluğunda?</w:t>
              <w:br/>
              <w:t>• Tahmin Et &amp; Ölç</w:t>
              <w:br/>
              <w:t>• Ölç &amp; Karşılaştır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Kısadan Uzuna Sırala</w:t>
              <w:br/>
              <w:t>• Hangisi Daha Ağır?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Teraziyi Dengele</w:t>
              <w:br/>
              <w:t>• Tahmin Et &amp; Tart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Doğru Aracı Seç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Ölçüm Şeridi</w:t>
              <w:br/>
              <w:t>• Pano: Ölçme Sözlüğü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Ailem ve Toplum</w:t>
      </w:r>
      <w:r>
        <w:rPr>
          <w:b w:val="0"/>
        </w:rPr>
        <w:t xml:space="preserve"> — Ailedeki Görev ve Sorumluluklar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HB.1.3.3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Yardım Etmek</w:t>
              <w:br/>
              <w:t>• Kime Yardım Ederim?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Nasıl Yardım Ederim?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Yardım İsteyebilirim</w:t>
              <w:br/>
              <w:t>• Birlikte Başarırız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Yardımlaşma Panosu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Çizim ve Görsel İfade</w:t>
              <w:br/>
              <w:t>Kompozisyonda Çizgi Çeşitliliği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GS.1.4.1: Temel çizgi türlerini kullanarak serbest çizim yapabilme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(1)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Okul temelli planlama (tüm hafta)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 Ediyorum</w:t>
              <w:br/>
              <w:t>Temel Hareket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BEO.1.1.4: Temel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1. Sınıf 17.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