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12. Hafta</w:t>
      </w:r>
    </w:p>
    <w:p>
      <w:pPr>
        <w:jc w:val="center"/>
      </w:pPr>
      <w:r>
        <w:rPr>
          <w:b/>
          <w:color w:val="4A5A64"/>
          <w:sz w:val="20"/>
        </w:rPr>
        <w:t>2. Sınıf · 7–11 Aralık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12. hafta (7–11 Aralık)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r>
        <w:rPr>
          <w:b/>
        </w:rPr>
        <w:t>Bu haftanın belirli gün seti:</w:t>
      </w:r>
      <w:r>
        <w:rPr>
          <w:b w:val="0"/>
        </w:rPr>
        <w:t xml:space="preserve"> İnsan Hakları ve Demokrasi Haftası Seti (6 yaprak). Yaprakları ders saatlerinin arasına, o güne yakın günlere yerleştirebilirsiniz.</w:t>
      </w:r>
    </w:p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3. Tema: Doğada Neler Oluyor?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T.D.2.1 · T.D.2.2 · T.D.2.3 · T.K.2.1 · T.K.2.2 · T.K.2.3 · T.K.2.5 · T.O.2.1 · T.O.2.2 · T.O.2.3 · T.Y.2.1 · T.Y.2.2 · T.Y.2.3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Okuma Metni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Okuduğumu Anlıyorum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Zıt Anlamlı Sözcükler</w:t>
              <w:br/>
              <w:t>• Dikte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Yazma Atölyesi</w:t>
              <w:br/>
              <w:t>• Dinle ve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Öykü Şeridi</w:t>
              <w:br/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 ve Şekil Örüntüleri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MAT.2.1.5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Şekil Örüntüsü Sayıya Dönüşüyor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Örüntüsünü Tamamla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Kuralımı Deniyorum</w:t>
              <w:br/>
              <w:t>• Örüntü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Sağlığım ve Güvenliğim</w:t>
      </w:r>
      <w:r>
        <w:rPr>
          <w:b w:val="0"/>
        </w:rPr>
        <w:t xml:space="preserve"> — Acil Durumlarda İletişim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HB.2.2.4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Defter Notu</w:t>
              <w:br/>
              <w:t>• Adresimi Biliyorum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Acil Durum Adımları</w:t>
              <w:br/>
              <w:t>• Telefonda Ne Derim?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Acil Durum Kararı</w:t>
              <w:br/>
              <w:t>• Acil Bilgi Kartlarım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Kendimi Değerlendiriyorum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Sanatçılar ve Eserleri</w:t>
              <w:br/>
              <w:t>Çağdaş Türk Resim Sanatında Natürmort / Sanat Eserlerindeki Renk ve Biçim Zıtlıkları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GS.2.3.2: Ana renkler, ara renkler ve biçim zıtlıklarıyla natürmort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Ortak repertuvar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MÜZ.2.1.5: Ortak repertuvardaki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Hareketimi Geliştiriyorum</w:t>
              <w:br/>
              <w:t>Oyunlarda Grupla Hareket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BEO.2.1.2: Oyunlarda grupla hareket edebilme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2. Sınıf 12.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