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8. Hafta</w:t>
      </w:r>
    </w:p>
    <w:p>
      <w:pPr>
        <w:jc w:val="center"/>
      </w:pPr>
      <w:r>
        <w:rPr>
          <w:b/>
          <w:color w:val="4A5A64"/>
          <w:sz w:val="20"/>
        </w:rPr>
        <w:t>3. Sınıf · 2–6 Kasım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8. hafta (2–6 Kasım)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Kızılay Haftası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2. Tema: Atatürk ve Kahramanlarımız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T.D.3.1 · T.D.3.2 · T.D.3.3 · T.K.3.1 · T.K.3.2 · T.K.3.3 · T.O.3.1 · T.O.3.2 · T.O.3.3 · T.Y.3.1 · T.Y.3.2 · T.Y.3.3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6+(2)).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Tırnak İşareti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Öykü Şeridi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(2)</w:t>
      </w:r>
      <w:r>
        <w:rPr>
          <w:b w:val="0"/>
        </w:rPr>
        <w:t xml:space="preserve"> — Bir Bütünü Oluşturan Eş Parçalar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MAT.3.1.10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3+(2)).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Kâğıt Katlama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Kesir Şeritleri</w:t>
              <w:br/>
              <w:t>• Kesir Duvarıyla Keşfet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Eş Parçalar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Kesir Hafıza Kartları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Güvenliği Tehdit Eden Durumlar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HB.3.2.2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2+(1)).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Kaan'ın Kararı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Güvende Kalma Adımları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Kibarca Hayır</w:t>
              <w:br/>
              <w:t>• Doğru Davranış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2. Ünite: Canlılar Dünyasına Yolculuk</w:t>
      </w:r>
      <w:r>
        <w:rPr>
          <w:b w:val="0"/>
        </w:rPr>
        <w:t xml:space="preserve"> — Duyu Organlarının İşlevleri / Canlıların Yaşam Döngüleri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FB.3.2.2 · FB.3.2.3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 (Duyu Organlarının İşlevleri)</w:t>
              <w:br/>
              <w:t>• Ne Yaparsın? (Duyu Organlarının İşlevleri)</w:t>
              <w:br/>
              <w:t>• Kendimi Değerlendiriyorum (Duyu Organlarının İşlevleri)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 (Canlıların Yaşam Döngüleri)</w:t>
              <w:br/>
              <w:t>• Bahçedeki Tırtıl (Canlıların Yaşam Döngüleri)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Kelebek ve Tavuk (Canlıların Yaşam Döngüleri)</w:t>
              <w:br/>
              <w:t>• Bitki ve Kurbağa (Canlıların Yaşam Döngüleri)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Kültürel Miras</w:t>
              <w:br/>
              <w:t>Sanat Eserlerinde Dönem ve Kültür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G.3.2.1: Sanat eserleri ile geleneksel sanatların farklı kültürleri ve dönemleri nasıl yansıttığını açıklar.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Söylüyoruz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Mü.3.A.3: Belirli gün ve haftalarla ilgili müzikleri anlamına uygun söyler.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Oyunun Kurallarını Yeniden Oluşturuyorum</w:t>
              <w:br/>
              <w:t>Oyunlarda Birleştirilmiş Hareket Becerileri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BEO.3.2.1: Oyunlarda birleştirilmiş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8.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