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10. Hafta</w:t>
      </w:r>
    </w:p>
    <w:p>
      <w:pPr>
        <w:jc w:val="center"/>
      </w:pPr>
      <w:r>
        <w:rPr>
          <w:b/>
          <w:color w:val="4A5A64"/>
          <w:sz w:val="20"/>
        </w:rPr>
        <w:t>3. Sınıf · 23–27 Kasım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10. hafta (23–27 Kasım)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Bu Haftanın Notu: </w:t>
            </w:r>
            <w:r>
              <w:rPr>
                <w:b w:val="0"/>
              </w:rPr>
              <w:t>24 Kasım Öğretmenler Günü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setleri:</w:t>
      </w:r>
      <w:r>
        <w:rPr>
          <w:b w:val="0"/>
        </w:rPr>
        <w:t xml:space="preserve"> Ağız ve Diş Sağlığı Haftası Seti (6 yaprak) · 24 Kasım Öğretmenler Günü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3. Tema: Doğayı Tanıyoruz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T.D.3.1 · T.D.3.2 · T.D.3.3 · T.D.3.5 · T.K.3.1 · T.K.3.2 · T.K.3.3 · T.O.3.1 · T.O.3.2 · T.O.3.3 · T.O.3.5 · T.Y.3.1 · T.Y.3.2 · T.Y.3.3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Zıt Anlamlı Sözcükler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Cümle Yapbozu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(2)</w:t>
      </w:r>
      <w:r>
        <w:rPr>
          <w:b w:val="0"/>
        </w:rPr>
        <w:t xml:space="preserve"> — Analog ve Dijital Saatlerde Zamanı Okuma ve Yazma / Zaman Ölçü Birimleri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MAT.3.1.12 · MAT.3.1.13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Saati Oku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Saati Çiz</w:t>
              <w:br/>
              <w:t>• Saati Söyle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Öğleden Önce, Öğleden Sonra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Zaman Birimleri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Sağlığım ve Güvenliğim</w:t>
      </w:r>
      <w:r>
        <w:rPr>
          <w:b w:val="0"/>
        </w:rPr>
        <w:t xml:space="preserve"> — Güvenliği Tehdit Eden Durumlar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HB.3.2.2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Oyundaki Mesaj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Güvenli Davranış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Güvenli mi?</w:t>
              <w:br/>
              <w:t>• Güvenlik Kartlarım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3. Ünite: Yer Bilimciler İş Başında</w:t>
      </w:r>
      <w:r>
        <w:rPr>
          <w:b w:val="0"/>
        </w:rPr>
        <w:t xml:space="preserve"> — Kayaçlar, Madenler ve Mineraller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FB.3.3.1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Nerede Kullanılır?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Akıl Yürütelim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Taşları İnceleyelim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Geometrik ve Organik Biçimler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G.3.1.4: Gözleme dayalı çizimlerinde geometrik ve organik biçimleri kullanır.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Kültürü</w:t>
              <w:br/>
              <w:t>Çalgılar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Mü.3.D.1: Bildiği çalgıları özelliklerine göre sınıflandırır.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Oyunun Kurallarını Yeniden Oluşturuyorum</w:t>
              <w:br/>
              <w:t>Oyunlarda Birleştirilmiş Hareket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BEO.3.2.1: Oyunlarda birleştirilmiş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3. Sınıf 10.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