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17. Hafta</w:t>
      </w:r>
    </w:p>
    <w:p>
      <w:pPr>
        <w:jc w:val="center"/>
      </w:pPr>
      <w:r>
        <w:rPr>
          <w:b/>
          <w:color w:val="4A5A64"/>
          <w:sz w:val="20"/>
        </w:rPr>
        <w:t>3. Sınıf · 11–15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17. hafta (11–15 Ocak)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Enerji Tasarrufu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4. Tema: Bilgi Hazinemiz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T.O.3.1 · T.O.3.2 · T.O.3.3 · T.Y.3.1 · T.Y.3.2 · T.Y.3.3 · T.Y.3.5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Neden ve Sonuç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Öykü Şeridi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İşlemlerden Cebirsel Düşünmeye</w:t>
      </w:r>
      <w:r>
        <w:rPr>
          <w:b w:val="0"/>
        </w:rPr>
        <w:t xml:space="preserve"> — Toplama ve Çıkarma İşlemlerinin Sonuçlarını Tahmin Etme ve Zihinden İşlem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MAT.3.2.1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Çıkarmanın Ögeleri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Farkı Tahmin Et</w:t>
              <w:br/>
              <w:t>• Zihinden Çıkar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Fark Doğru mu?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Çıkarma Problemleri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</w:t>
      </w:r>
      <w:r>
        <w:rPr>
          <w:b w:val="0"/>
        </w:rPr>
        <w:t xml:space="preserve"> — Yardımlaşma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HB.3.3.2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Deniz'in Okul Günü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Herkes İçin Düzenlemeler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Empati Kuruyorum</w:t>
              <w:br/>
              <w:t>• Projemizi Tanıtıyoruz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4. Ünite: Maddeyi Tanıyalım, Karıştırıp Ayıralım</w:t>
      </w:r>
      <w:r>
        <w:rPr>
          <w:b w:val="0"/>
        </w:rPr>
        <w:t xml:space="preserve"> — Karışımlar ve Karışımların Ayrılması / Atıkların Ayrıştırılması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FB.3.4.2 · FB.3.4.3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Karışımları Ayıralım (Karışımlar ve Karışımların Ayrılması)</w:t>
              <w:br/>
              <w:t>• Doğru mu Yanlış mı? (Karışımlar ve Karışımların Ayrılması)</w:t>
              <w:br/>
              <w:t>• Kendimi Değerlendiriyorum (Karışımlar ve Karışımların Ayrılması)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 (Atıkların Ayrıştırılması)</w:t>
              <w:br/>
              <w:t>• Sınıfımızın Çöp Kutusu (Atıkların Ayrıştırılması)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 Kutuya? (Atıkların Ayrıştırılması)</w:t>
              <w:br/>
              <w:t>• Atık Problemi (Atıkların Ayrıştırılması)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Koyu-Açık ve Zıt Renk Kontrastı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G.3.1.7: Görsel sanat çalışmalarını oluştururken sanat elemanları ve tasarım ilkelerini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Uzun ve Kısa Sesler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Mü.3.B.1: Müzikteki uzun ve kısa ses sürelerini fark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Eşle veya Grupla Ritmik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BEO.3.3.2: Eşle veya grupla ritmik hareket edebilme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17.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