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2. Hafta</w:t>
      </w:r>
    </w:p>
    <w:p>
      <w:pPr>
        <w:jc w:val="center"/>
      </w:pPr>
      <w:r>
        <w:rPr>
          <w:b/>
          <w:color w:val="4A5A64"/>
          <w:sz w:val="20"/>
        </w:rPr>
        <w:t>4. Sınıf · 21–25 Eylül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2. hafta (21–25 Eylül)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kazanımlar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Okuma Kültürü</w:t>
      </w:r>
    </w:p>
    <w:p>
      <w:r>
        <w:rPr>
          <w:b/>
        </w:rPr>
        <w:t>Kazanımlar (MEB bu hafta):</w:t>
      </w:r>
      <w:r>
        <w:rPr>
          <w:b w:val="0"/>
        </w:rPr>
        <w:t xml:space="preserve"> T.4.2.2 · T.4.2.3 · T.4.3.1 · T.4.3.5 · T.4.3.7 · T.4.3.12 · T.4.3.16 · T.4.3.17 · T.4.3.18 · T.4.3.23 · T.4.3.25 · T.4.3.36 · T.4.4.10 · T.4.4.20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  <w:br/>
              <w:t>• Okuduğumu Anlıyorum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Sözcük Çalışması</w:t>
              <w:br/>
              <w:t>• Metin Türleri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Dikte</w:t>
              <w:br/>
              <w:t>• Yazma Atölyesi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Dinle ve Anlat</w:t>
              <w:br/>
              <w:t>• Zıt Anlamlı Kelime Avı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Kütüphane Atölyesi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M.4.1. Sayılar ve İşlemler</w:t>
      </w:r>
      <w:r>
        <w:rPr>
          <w:b w:val="0"/>
        </w:rPr>
        <w:t xml:space="preserve"> — M.4.1.1. Doğal Sayılar</w:t>
      </w:r>
    </w:p>
    <w:p>
      <w:r>
        <w:rPr>
          <w:b/>
        </w:rPr>
        <w:t>Kazanımlar (MEB bu hafta):</w:t>
      </w:r>
      <w:r>
        <w:rPr>
          <w:b w:val="0"/>
        </w:rPr>
        <w:t xml:space="preserve"> M.4.1.1.2 · M.4.1.1.3 · M.4.1.1.4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Kuralı Bul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Bölük ve Basamak Tablosu</w:t>
              <w:br/>
              <w:t>• Çözümle ve Birleştir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Bölükler ve Gizli Sayı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En Yakın Onluk</w:t>
              <w:br/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p>
      <w:r>
        <w:rPr>
          <w:b/>
        </w:rPr>
        <w:t>1. Ünite: Yer Kabuğu ve Dünya’mızın Hareketleri</w:t>
      </w:r>
      <w:r>
        <w:rPr>
          <w:b w:val="0"/>
        </w:rPr>
        <w:t xml:space="preserve"> — F.4.1.1. Yer Kabuğunun Yapısı</w:t>
      </w:r>
    </w:p>
    <w:p>
      <w:r>
        <w:rPr>
          <w:b/>
        </w:rPr>
        <w:t>Kazanımlar (MEB bu hafta):</w:t>
      </w:r>
      <w:r>
        <w:rPr>
          <w:b w:val="0"/>
        </w:rPr>
        <w:t xml:space="preserve"> F.4.1.1.2 · F.4.1.1.3  —  </w:t>
      </w:r>
      <w:r>
        <w:rPr>
          <w:b/>
        </w:rPr>
        <w:t>Setlerde ayrıca çalışılan:</w:t>
      </w:r>
      <w:r>
        <w:rPr>
          <w:b w:val="0"/>
        </w:rPr>
        <w:t xml:space="preserve"> F.4.1.1.1</w:t>
      </w:r>
    </w:p>
    <w:p>
      <w:r>
        <w:rPr>
          <w:b w:val="0"/>
        </w:rPr>
        <w:t>Haftada 3 ders saati: yapraklar okulunuzun ders programındaki üç Fen Bilimleri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Doğru mu Yanlış mı?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Madenlerin Önemi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Sosyal Bilgiler</w:t>
      </w:r>
    </w:p>
    <w:p>
      <w:r>
        <w:rPr>
          <w:b/>
        </w:rPr>
        <w:t>1. Öğrenme Alanı: Birey ve Toplum</w:t>
      </w:r>
    </w:p>
    <w:p>
      <w:r>
        <w:rPr>
          <w:b/>
        </w:rPr>
        <w:t>Kazanımlar (MEB bu hafta):</w:t>
      </w:r>
      <w:r>
        <w:rPr>
          <w:b w:val="0"/>
        </w:rPr>
        <w:t xml:space="preserve"> SB.4.1.2  —  </w:t>
      </w:r>
      <w:r>
        <w:rPr>
          <w:b/>
        </w:rPr>
        <w:t>Setlerde ayrıca çalışılan:</w:t>
      </w:r>
      <w:r>
        <w:rPr>
          <w:b w:val="0"/>
        </w:rPr>
        <w:t xml:space="preserve"> SB.4.1.1</w:t>
      </w:r>
    </w:p>
    <w:p>
      <w:r>
        <w:rPr>
          <w:b w:val="0"/>
        </w:rPr>
        <w:t>Haftada 3 ders saati: yapraklar okulunuzun ders programındaki üç Sosyal Bilgiler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Kimlik Kartım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Doğru mu Yanlış mı?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Din Kültürü ve Ahlak Bilgisi</w:t>
      </w:r>
    </w:p>
    <w:p>
      <w:r>
        <w:rPr>
          <w:b/>
        </w:rPr>
        <w:t>Günlük Hayattaki Dinî İfadeler</w:t>
      </w:r>
      <w:r>
        <w:rPr>
          <w:b w:val="0"/>
        </w:rPr>
        <w:t xml:space="preserve"> — Günlük Konuşmalarda Dinî İfadeler</w:t>
      </w:r>
    </w:p>
    <w:p>
      <w:r>
        <w:rPr>
          <w:b/>
        </w:rPr>
        <w:t>Kazanımlar (MEB bu hafta):</w:t>
      </w:r>
      <w:r>
        <w:rPr>
          <w:b w:val="0"/>
        </w:rPr>
        <w:t xml:space="preserve"> DKAB.4.1.1</w:t>
      </w:r>
    </w:p>
    <w:p>
      <w:r>
        <w:rPr>
          <w:b w:val="0"/>
        </w:rPr>
        <w:t>Haftada 2 ders saati: yapraklar okulunuzun ders programındaki iki Din Kültürü ve Ahlak Bilgisi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Hangi İfadeyi Söyleriz?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İfadeler ve Anlamları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Kazanımlar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Fikir, Eskiz ve Malzeme Seçimi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G.4.1.1: Görsel sanat çalışmasını oluştururken biçimlendirme basamaklarını kullanır.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Dinleme-söyleme</w:t>
              <w:br/>
              <w:t>İstiklâl Marşı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Mü.4.A.2: İstiklâl Marşı’nı doğru söylemeye özen gösterir.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Hareket Ediyorum ve Koordinasyonumu Geliştiriyorum</w:t>
              <w:br/>
              <w:t>Koordinasyon ve Denge Becerileri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BEO.4.1.1: Koordinasyon ve denge içeren hareket becerilerini sergileyebilme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İnsan Hakları, Vatandaşlık ve Demokrasi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1. Ünite: İnsan Olmak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Y.4.1.2: İnsanın doğuştan gelen temel ve vazgeçilmez hakları olduğunu bilir.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Trafik Güvenliği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MEB 2026-2027 çerçeve yıllık planını yayımlamadı; okulunuzun zümre planına göre işlenir.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4. Sınıf 2.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