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4. Hafta</w:t>
      </w:r>
    </w:p>
    <w:p>
      <w:pPr>
        <w:jc w:val="center"/>
      </w:pPr>
      <w:r>
        <w:rPr>
          <w:b/>
          <w:color w:val="4A5A64"/>
          <w:sz w:val="20"/>
        </w:rPr>
        <w:t>4. Sınıf · 5–9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4. hafta (5–9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Okuma Kültürü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T.4.2.5 · T.4.3.1 · T.4.3.5 · T.4.3.7 · T.4.3.8 · T.4.3.18 · T.4.3.26 · T.4.3.29 · T.4.3.20 · T.4.4.3 · T.4.4.7 · T.4.4.9 · T.4.4.10 · T.4.4.20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Zıt Anlamlı Sözcükler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Tema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Kitap Atölyesi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M.4.1.1. Doğal Sayılar / M.4.1.2. Doğal Sayılarla Toplama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M.4.1.1.6 · M.4.1.2.1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Örüntünün Kuralı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Adım ve Terim</w:t>
              <w:br/>
              <w:t>• Örüntü Oluştur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Alt Alta Toplama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Eksik Rakamlar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Yer Kabuğu ve Dünya’mızın Hareketleri</w:t>
      </w:r>
      <w:r>
        <w:rPr>
          <w:b w:val="0"/>
        </w:rPr>
        <w:t xml:space="preserve"> — F.4.1.2. Dünya’mızın Hareketleri</w:t>
      </w:r>
    </w:p>
    <w:p>
      <w:r>
        <w:rPr>
          <w:b/>
        </w:rPr>
        <w:t>Kazanımlar (MEB bu hafta):</w:t>
      </w:r>
      <w:r>
        <w:rPr>
          <w:b w:val="0"/>
        </w:rPr>
        <w:t xml:space="preserve"> F.4.1.2.2  —  </w:t>
      </w:r>
      <w:r>
        <w:rPr>
          <w:b/>
        </w:rPr>
        <w:t>Setlerde ayrıca çalışılan:</w:t>
      </w:r>
      <w:r>
        <w:rPr>
          <w:b w:val="0"/>
        </w:rPr>
        <w:t xml:space="preserve"> F.4.1.2.1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Dönme mi, Dolanma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Gölgemi İzliyorum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Cümleleri Tamamla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1. Öğrenme Alanı: Birey ve Toplum</w:t>
      </w:r>
    </w:p>
    <w:p>
      <w:r>
        <w:rPr>
          <w:b/>
        </w:rPr>
        <w:t>Kazanımlar (MEB bu hafta):</w:t>
      </w:r>
      <w:r>
        <w:rPr>
          <w:b w:val="0"/>
        </w:rPr>
        <w:t xml:space="preserve"> SB.4.1.4 · SB.4.1.5  —  </w:t>
      </w:r>
      <w:r>
        <w:rPr>
          <w:b/>
        </w:rPr>
        <w:t>Setlerde ayrıca çalışılan:</w:t>
      </w:r>
      <w:r>
        <w:rPr>
          <w:b w:val="0"/>
        </w:rPr>
        <w:t xml:space="preserve"> SB.4.1.3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Onun Yerinde Olsaydım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Saygı Duyuyorum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Günlük Konuşmalarda Dinî İfadeler</w:t>
      </w:r>
    </w:p>
    <w:p>
      <w:r>
        <w:rPr>
          <w:b/>
        </w:rPr>
        <w:t>Kazanımlar (MEB bu hafta):</w:t>
      </w:r>
      <w:r>
        <w:rPr>
          <w:b w:val="0"/>
        </w:rPr>
        <w:t xml:space="preserve"> DKAB.4.1.1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 Söylersin?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Farklı Fikir ve Kültürel Temalar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G.4.1.2: Deneyimlerini farklı fikirler, sanat formları ve kültürel temalarla ilişkilendirerek görsel sanat çalışması oluşturur.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Y.4.1.4: Çocuk ile yetişkin arasındaki farkları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