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7. Hafta</w:t>
      </w:r>
    </w:p>
    <w:p>
      <w:pPr>
        <w:jc w:val="center"/>
      </w:pPr>
      <w:r>
        <w:rPr>
          <w:b/>
          <w:color w:val="4A5A64"/>
          <w:sz w:val="20"/>
        </w:rPr>
        <w:t>4. Sınıf · 26–30 Ekim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7. hafta (26–30 Ekim)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Bu Haftanın Notu: </w:t>
            </w:r>
            <w:r>
              <w:rPr>
                <w:b w:val="0"/>
              </w:rPr>
              <w:t>29 Ekim Perşembe tatil · Cumhuriyet Bayramı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kazanımlar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29 Ekim Cumhuriyet Bayramı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Millî Mücadele ve Atatürk</w:t>
      </w:r>
    </w:p>
    <w:p>
      <w:r>
        <w:rPr>
          <w:b/>
        </w:rPr>
        <w:t>Kazanımlar (MEB bu hafta):</w:t>
      </w:r>
      <w:r>
        <w:rPr>
          <w:b w:val="0"/>
        </w:rPr>
        <w:t xml:space="preserve"> T.4.1.3 · T.4.1.4 · T.4.1.5 · T.4.1.6 · T.4.1.7 · T.4.1.12 · T.4.2.2 · T.4.2.5 · T.4.3.10 · T.4.3.28 · T.4.4.9 · T.4.4.12 · T.4.4.21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  <w:br/>
              <w:t>• Okuduğumu Anlıyorum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Gerçek ve Mecaz Anlam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</w:t>
              <w:br/>
              <w:t>• Yazma Atölyesi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Cumhuriyet Bayramı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ve Anlat</w:t>
              <w:br/>
              <w:t>• Yardım Afişi</w:t>
              <w:br/>
              <w:t>• Yardım Formu ve Deyimler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M.4.1. Sayılar ve İşlemler</w:t>
      </w:r>
      <w:r>
        <w:rPr>
          <w:b w:val="0"/>
        </w:rPr>
        <w:t xml:space="preserve"> — M.4.1.2. Doğal Sayılarla Toplama İşlemi</w:t>
      </w:r>
    </w:p>
    <w:p>
      <w:r>
        <w:rPr>
          <w:b/>
        </w:rPr>
        <w:t>Kazanımlar (MEB bu hafta):</w:t>
      </w:r>
      <w:r>
        <w:rPr>
          <w:b w:val="0"/>
        </w:rPr>
        <w:t xml:space="preserve"> M.4.1.2.2 · M.4.1.2.3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Tahmin Tutarlı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Yüzlük Ekle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Toplama Zinciri</w:t>
              <w:br/>
              <w:t>• Toplama Tablosu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Cumhuriyet Bayramı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2. Ünite: Besinlerimiz</w:t>
      </w:r>
      <w:r>
        <w:rPr>
          <w:b w:val="0"/>
        </w:rPr>
        <w:t xml:space="preserve"> — F.4.2.1. Besinler ve Özellikleri</w:t>
      </w:r>
    </w:p>
    <w:p>
      <w:r>
        <w:rPr>
          <w:b/>
        </w:rPr>
        <w:t>Kazanımlar (MEB bu hafta):</w:t>
      </w:r>
      <w:r>
        <w:rPr>
          <w:b w:val="0"/>
        </w:rPr>
        <w:t xml:space="preserve"> F.4.2.1.1 · F.4.2.1.2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İçerik ve Görevi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p>
      <w:r>
        <w:rPr>
          <w:b/>
        </w:rPr>
        <w:t>2. Öğrenme Alanı: Kültür ve Miras</w:t>
      </w:r>
    </w:p>
    <w:p>
      <w:r>
        <w:rPr>
          <w:b/>
        </w:rPr>
        <w:t>Kazanımlar (MEB bu hafta):</w:t>
      </w:r>
      <w:r>
        <w:rPr>
          <w:b w:val="0"/>
        </w:rPr>
        <w:t xml:space="preserve"> SB.4.2.2 · SB.4.2.3  —  </w:t>
      </w:r>
      <w:r>
        <w:rPr>
          <w:b/>
        </w:rPr>
        <w:t>Setlerde ayrıca çalışılan:</w:t>
      </w:r>
      <w:r>
        <w:rPr>
          <w:b w:val="0"/>
        </w:rPr>
        <w:t xml:space="preserve"> SB.4.2.1</w:t>
      </w:r>
    </w:p>
    <w:p>
      <w:r>
        <w:rPr>
          <w:b w:val="0"/>
        </w:rPr>
        <w:t>Haftada 3 ders saati: yapraklar okulunuzun ders programındaki üç Sosyal Bilgiler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 (Aile Tarihim ve Kültürümüz)</w:t>
              <w:br/>
              <w:t>• Kendimi Değerlendiriyorum (Aile Tarihim ve Kültürümüz)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 (Geleneksel Çocuk Oyunları)</w:t>
              <w:br/>
              <w:t>• Babaannemin Oyunları (Geleneksel Çocuk Oyunları)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Dün ve Bugün (Geleneksel Çocuk Oyunları)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p>
      <w:r>
        <w:rPr>
          <w:b/>
        </w:rPr>
        <w:t>Günlük Hayattaki Dinî İfadeler</w:t>
      </w:r>
      <w:r>
        <w:rPr>
          <w:b w:val="0"/>
        </w:rPr>
        <w:t xml:space="preserve"> — Dilek ve Dualarda Geçen Dinî İfadeler</w:t>
      </w:r>
    </w:p>
    <w:p>
      <w:r>
        <w:rPr>
          <w:b/>
        </w:rPr>
        <w:t>Kazanımlar (MEB bu hafta):</w:t>
      </w:r>
      <w:r>
        <w:rPr>
          <w:b w:val="0"/>
        </w:rPr>
        <w:t xml:space="preserve"> DKAB.4.1.3</w:t>
      </w:r>
    </w:p>
    <w:p>
      <w:r>
        <w:rPr>
          <w:b w:val="0"/>
        </w:rPr>
        <w:t>Haftada 2 ders saati: yapraklar okulunuzun ders programındaki iki Din Kültürü ve Ahlak Bilgisi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</w:t>
              <w:br/>
              <w:t>• Ne Dersin?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Kültürel Miras</w:t>
              <w:br/>
              <w:t>Kültürlerin Mimari İzleri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G.4.2.2: Türk kültürüne ve diğer kültürlere ait mimari yapıların belirgin özelliklerini karşılaştırır.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Kültürü</w:t>
              <w:br/>
              <w:t>Cumhuriyet ve Atatürk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Mü.4.D.4: Öğrenilen müzikler aracılığıyla millî ve manevi bilinç kazanır.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 ve Koordinasyonumu Geliştiriyorum</w:t>
              <w:br/>
              <w:t>Koordinasyon ve Denge Geliştirici Oyunlarda Taktik ve Strateji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BEO.4.1.2: Koordinasyon ve denge geliştirici oyunlarda taktik ve strateji geliştirebilme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İnsan Hakları, Vatandaşlık ve Demokrasi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Y.4.2.2: İnsan olma sorumluluğunu taşımanın yollarını açıklar.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Trafik Güvenliği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MEB 2026-2027 çerçeve yıllık planını yayımlamadı; okulunuzun zümre planına göre işlenir.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4. Sınıf 7.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