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15. Hafta</w:t>
      </w:r>
    </w:p>
    <w:p>
      <w:pPr>
        <w:jc w:val="center"/>
      </w:pPr>
      <w:r>
        <w:rPr>
          <w:b/>
          <w:color w:val="4A5A64"/>
          <w:sz w:val="20"/>
        </w:rPr>
        <w:t>4. Sınıf · 28 Aralık – 1 Ocak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15. hafta (28 Aralık – 1 Ocak)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Bu Haftanın Notu: </w:t>
            </w:r>
            <w:r>
              <w:rPr>
                <w:b w:val="0"/>
              </w:rPr>
              <w:t>1 Ocak Cuma tatil · Yılbaşı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kazanımlar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Bilim ve Teknoloji</w:t>
      </w:r>
    </w:p>
    <w:p>
      <w:r>
        <w:rPr>
          <w:b/>
        </w:rPr>
        <w:t>Kazanımlar (MEB bu hafta):</w:t>
      </w:r>
      <w:r>
        <w:rPr>
          <w:b w:val="0"/>
        </w:rPr>
        <w:t xml:space="preserve"> T.4.2.2 · T.4.2.3 · T.4.3.1 · T.4.3.12 · T.4.3.16 · T.4.3.17 · T.4.3.18 · T.4.3.34 · T.4.3.37 · T.4.4.18 · T.4.4.9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  <w:br/>
              <w:t>• Okuduğumu Anlıyorum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Kısaltmalar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</w:t>
              <w:br/>
              <w:t>• Yazma Atölyesi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ve Anlat</w:t>
              <w:br/>
              <w:t>• Eş Anlamlı Kelime Avı</w:t>
              <w:br/>
              <w:t>• Spor Atölyesi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Yılbaşı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M.4.1. Sayılar ve İşlemler</w:t>
      </w:r>
      <w:r>
        <w:rPr>
          <w:b w:val="0"/>
        </w:rPr>
        <w:t xml:space="preserve"> — M.4.1.5. Doğal Sayılarla Bölme İşlemi</w:t>
      </w:r>
    </w:p>
    <w:p>
      <w:r>
        <w:rPr>
          <w:b/>
        </w:rPr>
        <w:t>Kazanımlar (MEB bu hafta):</w:t>
      </w:r>
      <w:r>
        <w:rPr>
          <w:b w:val="0"/>
        </w:rPr>
        <w:t xml:space="preserve"> M.4.1.5.3 · M.4.1.5.4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10, 100, 1000'e Böl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Kaça Böldüm?</w:t>
              <w:br/>
              <w:t>• Bölümü Tahmin Et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Hangisine Yakın?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Bölüm Tutarlı mı?</w:t>
              <w:br/>
              <w:t>• Hafta Değerlendirmesi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Yılbaşı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3. Ünite: Kuvvetin Etkileri</w:t>
      </w:r>
      <w:r>
        <w:rPr>
          <w:b w:val="0"/>
        </w:rPr>
        <w:t xml:space="preserve"> — F.4.3.2. Mıknatısların Uyguladığı Kuvvet</w:t>
      </w:r>
    </w:p>
    <w:p>
      <w:r>
        <w:rPr>
          <w:b/>
        </w:rPr>
        <w:t>Kazanımlar (MEB bu hafta):</w:t>
      </w:r>
      <w:r>
        <w:rPr>
          <w:b w:val="0"/>
        </w:rPr>
        <w:t xml:space="preserve"> F.4.3.2.3 · F.4.3.2.4  —  </w:t>
      </w:r>
      <w:r>
        <w:rPr>
          <w:b/>
        </w:rPr>
        <w:t>Setlerde ayrıca çalışılan:</w:t>
      </w:r>
      <w:r>
        <w:rPr>
          <w:b w:val="0"/>
        </w:rPr>
        <w:t xml:space="preserve"> F.4.3.2.1 · F.4.3.2.2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Mıknatıs Nerede?</w:t>
              <w:br/>
              <w:t>• Mıknatısla Çözüm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p>
      <w:r>
        <w:rPr>
          <w:b/>
        </w:rPr>
        <w:t>3. Öğrenme Alanı: İnsanlar, Yerler ve Çevreler</w:t>
      </w:r>
    </w:p>
    <w:p>
      <w:r>
        <w:rPr>
          <w:b/>
        </w:rPr>
        <w:t>Kazanımlar (MEB bu hafta):</w:t>
      </w:r>
      <w:r>
        <w:rPr>
          <w:b w:val="0"/>
        </w:rPr>
        <w:t xml:space="preserve"> SB.4.3.6</w:t>
      </w:r>
    </w:p>
    <w:p>
      <w:r>
        <w:rPr>
          <w:b w:val="0"/>
        </w:rPr>
        <w:t>Haftada 3 ders saati: yapraklar okulunuzun ders programındaki üç Sosyal Bilgiler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Deprem Çantamız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Çantaya Ne Konur?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p>
      <w:r>
        <w:rPr>
          <w:b/>
        </w:rPr>
        <w:t>İslam’ı Tanıyalım</w:t>
      </w:r>
      <w:r>
        <w:rPr>
          <w:b w:val="0"/>
        </w:rPr>
        <w:t xml:space="preserve"> — Kur’an-ı Kerim</w:t>
      </w:r>
    </w:p>
    <w:p>
      <w:r>
        <w:rPr>
          <w:b/>
        </w:rPr>
        <w:t>Kazanımlar (MEB bu hafta):</w:t>
      </w:r>
      <w:r>
        <w:rPr>
          <w:b w:val="0"/>
        </w:rPr>
        <w:t xml:space="preserve"> DKAB.4.2.3</w:t>
      </w:r>
    </w:p>
    <w:p>
      <w:r>
        <w:rPr>
          <w:b w:val="0"/>
        </w:rPr>
        <w:t>Haftada 2 ders saati: yapraklar okulunuzun ders programındaki iki Din Kültürü ve Ahlak Bilgisi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Kavram ve Tanım</w:t>
              <w:br/>
              <w:t>• Doğru mu Yanlış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Doku: Gerçek ve Yapay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G.4.1.7: Görsel sanat çalışmalarını oluştururken sanat elemanları ve tasarım ilkelerini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Hız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Mü.4.B.3: Şarkı, türkü ve oyun müziklerinde hız değişikliklerini fark eder.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Yaratıcı Ritmik Adımlar Sergiliyorum</w:t>
              <w:br/>
              <w:t>Ritmik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BEO.4.3.1: Birleştirilmiş hareket becerilerini kullanarak ritmik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İnsan Hakları, Vatandaşlık ve Demokrasi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3. Ünite: Adalet ve Eşitlik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Y.4.3.2: Adalet ve eşitlik kavramlarını birbiriyle ilişkili olarak açıklar.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Trafik Güvenliği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MEB 2026-2027 çerçeve yıllık planını yayımlamadı; okulunuzun zümre planına göre işlenir.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4. Sınıf 15.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