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17. Hafta</w:t>
      </w:r>
    </w:p>
    <w:p>
      <w:pPr>
        <w:jc w:val="center"/>
      </w:pPr>
      <w:r>
        <w:rPr>
          <w:b/>
          <w:color w:val="4A5A64"/>
          <w:sz w:val="20"/>
        </w:rPr>
        <w:t>4. Sınıf · 11–15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17. hafta (11–15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Enerji Tasarrufu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Bilim ve Teknoloji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T.4.3.1 · T.4.3.11 · T.4.3.12 · T.4.3.15 · T.4.3.16 · T.4.3.17 · T.4.3.18 · T.4.3.26 · T.4.4.10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İki Nokta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Öykü Şeridi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Deyimler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M.4.1.5. Doğal Sayılarla Bölme İşlemi / M.4.1.6. Kesirler</w:t>
      </w:r>
    </w:p>
    <w:p>
      <w:r>
        <w:rPr>
          <w:b/>
        </w:rPr>
        <w:t>Kazanımlar (MEB bu hafta):</w:t>
      </w:r>
      <w:r>
        <w:rPr>
          <w:b w:val="0"/>
        </w:rPr>
        <w:t xml:space="preserve"> M.4.1.5.7 · M.4.1.5.8 · M.4.1.6.1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Eşitliği Sağla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Eşit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Eşitle</w:t>
              <w:br/>
              <w:t>• Kesirlerle Tanışma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Maddenin Özellikleri</w:t>
      </w:r>
      <w:r>
        <w:rPr>
          <w:b w:val="0"/>
        </w:rPr>
        <w:t xml:space="preserve"> — F.4.4.2. Maddenin Ölçülebilir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F.4.4.2.1 · F.4.4.2.2  —  </w:t>
      </w:r>
      <w:r>
        <w:rPr>
          <w:b/>
        </w:rPr>
        <w:t>Setlerde ayrıca çalışılan:</w:t>
      </w:r>
      <w:r>
        <w:rPr>
          <w:b w:val="0"/>
        </w:rPr>
        <w:t xml:space="preserve"> F.4.4.1.1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4. Öğrenme Alanı: Bilim, Teknoloji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SB.4.4.2  —  </w:t>
      </w:r>
      <w:r>
        <w:rPr>
          <w:b/>
        </w:rPr>
        <w:t>Setlerde ayrıca çalışılan:</w:t>
      </w:r>
      <w:r>
        <w:rPr>
          <w:b w:val="0"/>
        </w:rPr>
        <w:t xml:space="preserve"> SB.4.4.1 · SB.4.4.3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Kullanım Alanları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Geçmiş ve Bugün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Mucitler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Güzel Ahlak</w:t>
      </w:r>
      <w:r>
        <w:rPr>
          <w:b w:val="0"/>
        </w:rPr>
        <w:t xml:space="preserve"> — Din Güzel Ahlaktır</w:t>
      </w:r>
    </w:p>
    <w:p>
      <w:r>
        <w:rPr>
          <w:b/>
        </w:rPr>
        <w:t>Kazanımlar (MEB bu hafta):</w:t>
      </w:r>
      <w:r>
        <w:rPr>
          <w:b w:val="0"/>
        </w:rPr>
        <w:t xml:space="preserve"> DKAB.4.3.1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Güzel Ahlak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Çeşitlilik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Y.4.3.4: Adaletin veya eşitliğin sağlandığı ve sağlanamadığı durumları karşılaştırır.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