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Haftanın Okuma Yıldızı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……. Hafta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Bu hafta en çok kitap okuyan ve okuduğunu güzelce anlatan arkadaşımızsın. Kitaplarla dostluğun hiç bitmesin!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14798"/>
            </w:tblGrid>
            <w:tr>
              <w:tc>
                <w:tcPr>
                  <w:tcW w:type="dxa" w:w="14798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</w:tr>
          </w:tbl>
          <w:p/>
          <w:p/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Haftanın Temizlik Yıldızı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……. Hafta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Sırasını, eşyalarını ve sınıfımızı tertemiz tuttuğun için bu hafta temizlik yıldızı sensin. Teşekkürler!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14798"/>
            </w:tblGrid>
            <w:tr>
              <w:tc>
                <w:tcPr>
                  <w:tcW w:type="dxa" w:w="14798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</w:tr>
          </w:tbl>
          <w:p/>
          <w:p/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Haftanın Yardımseverlik Yıldızı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……. Hafta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Arkadaşlarına yardım ettiğin, paylaştığın ve nazik davrandığın için bu haftanın yardımseverlik yıldızı sensin!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14798"/>
            </w:tblGrid>
            <w:tr>
              <w:tc>
                <w:tcPr>
                  <w:tcW w:type="dxa" w:w="14798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</w:tr>
          </w:tbl>
          <w:p/>
          <w:p/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Haftanın Yıldızı Belgeleri (3 tür)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