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İhtiyaç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 xml:space="preserve">Sayın Velimiz, aşağıdaki malzemeler yıl boyunca kullanılacaktır. Lütfen </w:t>
      </w:r>
      <w:r>
        <w:rPr>
          <w:b/>
        </w:rPr>
        <w:t>her eşyanın üzerine çocuğunuzun adını yazınız</w:t>
      </w:r>
      <w:r>
        <w:rPr>
          <w:b w:val="0"/>
        </w:rPr>
        <w:t>. Marka önemli değildir; sağlam ve sade olanı tercih edin. Karakterli/ışıklı kırtasiye dikkat dağıttığı için önerilmez.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Grup</w:t>
            </w:r>
          </w:p>
        </w:tc>
        <w:tc>
          <w:tcPr>
            <w:tcW w:type="dxa" w:w="80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Malzeme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Defter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2 çizgili defter (80 yaprak), 1 kareli defter, 1 resim defteri, 1 müzik defteri, 1 fen defteri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Kalem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3 kurşun kalem, silgi, kalemtıraş, kırmızı ve mavi tükenmez (öğretmen izniyle)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Boya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Kuru boya, keçeli kalem, sulu boya + fırça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Diğer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Makas, yapıştırıcı, cetvel (30 cm), kalem kutusu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Dosya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Sunum dosyası (ürün dosyası), 1 klasör, sözlük, atlas (sınıf ortak)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Hijyen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Kâğıt mendil, su matarası, beslenme kutusu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Not</w:t>
              <w:br/>
            </w:r>
            <w:r>
              <w:rPr>
                <w:b w:val="0"/>
              </w:rPr>
              <w:t>Ders kitapları MEB tarafından ücretsiz verilir; ek kaynak istenmez. Beslenme çantasında su, meyve ve ev yapımı yiyecek bulundurunuz.</w:t>
            </w:r>
          </w:p>
        </w:tc>
      </w:tr>
    </w:tbl>
    <w:p/>
    <w:p>
      <w:r>
        <w:rPr>
          <w:b/>
          <w:color w:val="0A5650"/>
        </w:rPr>
        <w:t>Okulumuza özel ek malzeme / açıklama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İhtiyaç (Kırtasiye) Listesi — 3.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