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İstiklal Marşı</w:t>
      </w:r>
    </w:p>
    <w:p>
      <w:pPr>
        <w:jc w:val="center"/>
      </w:pPr>
      <w:r>
        <w:rPr>
          <w:b/>
          <w:color w:val="4A5A64"/>
          <w:sz w:val="20"/>
        </w:rPr>
        <w:t>Kahraman Ordumuza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Korkma! Sönmez bu şafaklarda yüzen al sancak,</w:t>
              <w:br/>
              <w:t>Sönmeden yurdumun üstünde tüten en son ocak.</w:t>
              <w:br/>
              <w:t>O benim milletimin yıldızıdır, parlayacak;</w:t>
              <w:br/>
              <w:t>O benimdir, o benim milletimindir ancak.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Çatma, kurban olayım, çehreni ey nazlı hilal!</w:t>
              <w:br/>
              <w:t>Kahraman ırkıma bir gül; ne bu şiddet, bu celal?</w:t>
              <w:br/>
              <w:t>Sana olmaz dökülen kanlarımız sonra helal…</w:t>
              <w:br/>
              <w:t>Hakkıdır, Hakk’a tapan milletimin istiklal.</w:t>
            </w:r>
          </w:p>
        </w:tc>
      </w:tr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Ben ezelden beridir hür yaşadım, hür yaşarım,</w:t>
              <w:br/>
              <w:t>Hangi çılgın bana zincir vuracakmış? Şaşarım.</w:t>
              <w:br/>
              <w:t>Kükremiş sel gibiyim, bendimi çiğner, aşarım,</w:t>
              <w:br/>
              <w:t>Yırtarım dağları, enginlere sığmam, taşarım.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Garbın afakını sarmışsa çelik zırhlı duvar,</w:t>
              <w:br/>
              <w:t>Benim iman dolu göğsüm gibi serhaddim var.</w:t>
              <w:br/>
              <w:t>Ulusun, korkma! Nasıl böyle bir imanı boğar,</w:t>
              <w:br/>
              <w:t>“Medeniyet” dediğin tek dişi kalmış canavar?</w:t>
            </w:r>
          </w:p>
        </w:tc>
      </w:tr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Arkadaş! Yurduma alçakları uğratma sakın,</w:t>
              <w:br/>
              <w:t>Siper et gövdeni, dursun bu hayâsızca akın.</w:t>
              <w:br/>
              <w:t>Doğacaktır sana vadettiği günler Hakk’ın,</w:t>
              <w:br/>
              <w:t>Kim bilir, belki yarın belki yarından da yakın.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Bastığın yerleri “toprak” diyerek geçme, tanı,</w:t>
              <w:br/>
              <w:t>Düşün altındaki binlerce kefensiz yatanı.</w:t>
              <w:br/>
              <w:t>Sen şehit oğlusun, incitme, yazıktır atanı,</w:t>
              <w:br/>
              <w:t>Verme, dünyaları alsan da bu cennet vatanı.</w:t>
            </w:r>
          </w:p>
        </w:tc>
      </w:tr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Kim bu cennet vatanın uğruna olmaz ki feda?</w:t>
              <w:br/>
              <w:t>Şüheda fışkıracak, toprağı sıksan şüheda.</w:t>
              <w:br/>
              <w:t>Canı, cananı, bütün varımı alsın da Hüda,</w:t>
              <w:br/>
              <w:t>Etmesin tek vatanımdan beni dünyada cüda.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Ruhumun senden İlahî, şudur ancak emeli:</w:t>
              <w:br/>
              <w:t>Değmesin mabedimin göğsüne namahrem eli.</w:t>
              <w:br/>
              <w:t>Bu ezanlar, ki şehadetleri dinin temeli,</w:t>
              <w:br/>
              <w:t>Ebedî, yurdumun üstünde benim inlemeli.</w:t>
            </w:r>
          </w:p>
        </w:tc>
      </w:tr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O zaman vecdile bin secde eder, varsa taşım,</w:t>
              <w:br/>
              <w:t>Her cerihamdan, İlahî, boşanıp kanlı yaşım,</w:t>
              <w:br/>
              <w:t>Fışkırır ruhumücerret gibi yerden naaşım,</w:t>
              <w:br/>
              <w:t>O zaman yükselerek arşa değer belki başım.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Dalgalan sen de şafaklar gibi ey şanlı hilal!</w:t>
              <w:br/>
              <w:t>Olsun artık dökülen kanlarımın hepsi helal.</w:t>
              <w:br/>
              <w:t>Ebediyen sana yok, ırkıma yok izmihlal.</w:t>
              <w:br/>
              <w:t>Hakkıdır, hür yaşamış bayrağımın hürriyet;</w:t>
              <w:br/>
              <w:t>Hakkıdır, Hakk’a tapan milletimin istiklal.</w:t>
            </w:r>
          </w:p>
        </w:tc>
      </w:tr>
    </w:tbl>
    <w:p/>
    <w:p>
      <w:r>
        <w:rPr>
          <w:b/>
        </w:rPr>
        <w:t>Mehmet Akif Ersoy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Metin Türk Dil Kurumunun yayımladığı İstiklal Marşı metnidir. Törenlerde ilk iki kıta okunur.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İstiklal Marşı (Öğretmen Dosyası)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