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İYEP Matematik Modül Planı</w:t>
      </w:r>
    </w:p>
    <w:p>
      <w:pPr>
        <w:jc w:val="center"/>
      </w:pPr>
      <w:r>
        <w:rPr>
          <w:b/>
          <w:color w:val="4A5A64"/>
          <w:sz w:val="20"/>
        </w:rPr>
        <w:t>İlkokullarda Yetiştirme Programı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Uygulayan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Başlama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Kazanımlar, kodlar ve önerilen süreler MEB'in İYEP "Kazanım ve Ders Saatleri" belgesinden alınmıştır (Matematik: 22 kazanım, toplam 64 ders saati). Öğrenci, başlangıç değerlendirmesinde eksik olduğu modülden başlar; modül sırası ve süre öğrencinin ilerlemesine göre esnetilebilir.</w:t>
            </w:r>
          </w:p>
        </w:tc>
      </w:tr>
    </w:tbl>
    <w:p/>
    <w:p>
      <w:r>
        <w:rPr>
          <w:b/>
          <w:color w:val="0A5650"/>
          <w:sz w:val="22"/>
        </w:rPr>
        <w:t>1. Modül — önerilen süre 24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Nesne sayısı 20'ye kadar (20 dâhil) olan bir topluluktaki nesnelerin sayısını belirler ve bu sayıyı rakamla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100'e kadar (100 dâhil) ileriye doğru birer, beşer ve onar ritmik sayar.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20'ye kadar (20 dâhil) ikişer ileriye, birer ve ikişer geriye sayar.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M.M1.4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Miktarı 10 ile 20 (10 ve 20 dâhil) arasında olan bir grup nesneyi, onluk ve birliklerine ayırarak gösterir, bu nesnelere karşılık gelen sayıyı rakamlarla yazar ve okur.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M.M1.5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Toplama işleminin anlamını kavrar.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M.M1.6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Toplamları 20'ye kadar (20 dâhil) olan doğal sayılarla toplama işlemini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M.M1.7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M.M1.8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Çıkarma işleminin anlamını kavrar.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M.M1.9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20'ye kadar (20 dâhil) olan doğal sayılarla çıkarma işlemi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M.M1.10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çıkarma işlemini gerektiren problemleri çözer.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2. Modül — önerilen süre 24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Nesne sayısı 100'e kadar (100 dâhil) olan bir topluluktaki nesnelerin sayısını belirler ve bu sayıyı rakamla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100'den küçük doğal sayıların basamaklarını modeller üzerinde adlandırır, basamaklardaki rakamların basamak değerlerini belirtir.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100 içinde ikişer, beşer ve onar; 30 içinde üçer; 40 içinde dörder ileriye ve geriye doğru sayar.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M.M2.4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Toplamları 100'e kadar (100 dâhil) olan doğal sayılarla eldesiz ve eldeli toplama işlemini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M.M2.5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M.M2.6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100'e kadar olan doğal sayılarla onluk bozmayı gerektiren ve gerektirmeyen çıkarma işlemini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M.M2.7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toplama ve çıkarma işlemini gerektiren problemleri çözer.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3. Modül — önerilen süre 16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M.M3.1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Çarpma işleminin tekrarlı toplama anlamına geldiğini açıklar.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M.M3.2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çarpma işlemi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M.M3.3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Doğal sayılarla çarpma işlemi gerektiren problemler çözer.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M.M3.4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Bölme işleminde gruplama ve paylaştırma anlamlarını kullanır.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M.M3.5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Bölme işlemini yapar, bölme işleminin işaretini (÷) kullanır.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Uygulayan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İYEP Matematik Modül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