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Katılım Belgesi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2026-2027 Eğitim-Öğretim Yılı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……………………………………… etkinliğine katılarak katkı sağlamıştır. Emeği ve katılımı için teşekkür ederiz.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7399"/>
              <w:gridCol w:w="7399"/>
            </w:tblGrid>
            <w:tr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Etkinlik Sorumlusu</w:t>
                  </w:r>
                </w:p>
              </w:tc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Okul Müdürü</w:t>
                  </w:r>
                </w:p>
              </w:tc>
            </w:tr>
          </w:tbl>
          <w:p/>
          <w:p/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Katılım Belgesi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