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Kulüp Öğrenci Listesi ve Görev Dağılımı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Danışman 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Kulübün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69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345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Öğrencinin Adı Soyadı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Görevi (Başkan / Yazman / Sayman / Üye)</w:t>
            </w:r>
          </w:p>
        </w:tc>
        <w:tc>
          <w:tcPr>
            <w:tcW w:type="dxa" w:w="276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Sorumlu Olduğu Çalışma</w:t>
            </w:r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762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Görevler dönem başında seçimle belirlenir; 2. dönemde görevlerin değişmesi, daha çok öğrencinin sorumluluk alması için önerilir.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Danışman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Kulüp Öğrenci Listesi ve Görev Dağılımı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