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Kulüp Toplantı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No: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Danışman 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Katılan Üye Sayısı: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Kulübün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Görüşmeler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Danışman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Kulüp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Yazman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Kulüp Toplantı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