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Kendimi Değerlendiriyorum</w:t>
      </w:r>
    </w:p>
    <w:p>
      <w:pPr>
        <w:jc w:val="center"/>
      </w:pPr>
      <w:r>
        <w:rPr>
          <w:b/>
          <w:color w:val="4A5A64"/>
          <w:sz w:val="20"/>
        </w:rPr>
        <w:t>Adım: ………………………………………………………………   Tarih: …… / …… / ……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Öğretmene: 1. sınıfta cümleleri siz okuyun; çocuk yüzü işaretlesin. Doğru-yanlış yok; amaç çocuğun kendine bakması.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426"/>
            <w:shd w:val="clear" w:color="auto" w:fill="E6F2F0"/>
          </w:tcPr>
          <w:p>
            <w:r/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Çok iyi ☺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Biraz ⊙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Zorlandım ☹</w:t>
            </w:r>
          </w:p>
        </w:tc>
      </w:tr>
      <w:tr>
        <w:tc>
          <w:tcPr>
            <w:tcW w:type="dxa" w:w="5426"/>
          </w:tcPr>
          <w:p>
            <w:r/>
            <w:r>
              <w:rPr>
                <w:b w:val="0"/>
                <w:sz w:val="19"/>
              </w:rPr>
              <w:t>Derste öğretmenimi dinledim.</w:t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  <w:t>○</w:t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  <w:t>○</w:t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  <w:t>○</w:t>
            </w:r>
          </w:p>
        </w:tc>
      </w:tr>
      <w:tr>
        <w:tc>
          <w:tcPr>
            <w:tcW w:type="dxa" w:w="5426"/>
          </w:tcPr>
          <w:p>
            <w:r/>
            <w:r>
              <w:rPr>
                <w:b w:val="0"/>
                <w:sz w:val="19"/>
              </w:rPr>
              <w:t>Ödevlerimi kendim yaptım.</w:t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  <w:t>○</w:t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  <w:t>○</w:t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  <w:t>○</w:t>
            </w:r>
          </w:p>
        </w:tc>
      </w:tr>
      <w:tr>
        <w:tc>
          <w:tcPr>
            <w:tcW w:type="dxa" w:w="5426"/>
          </w:tcPr>
          <w:p>
            <w:r/>
            <w:r>
              <w:rPr>
                <w:b w:val="0"/>
                <w:sz w:val="19"/>
              </w:rPr>
              <w:t>Arkadaşlarımla iyi geçindim.</w:t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  <w:t>○</w:t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  <w:t>○</w:t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  <w:t>○</w:t>
            </w:r>
          </w:p>
        </w:tc>
      </w:tr>
      <w:tr>
        <w:tc>
          <w:tcPr>
            <w:tcW w:type="dxa" w:w="5426"/>
          </w:tcPr>
          <w:p>
            <w:r/>
            <w:r>
              <w:rPr>
                <w:b w:val="0"/>
                <w:sz w:val="19"/>
              </w:rPr>
              <w:t>Sırama ve eşyalarıma dikkat ettim.</w:t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  <w:t>○</w:t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  <w:t>○</w:t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  <w:t>○</w:t>
            </w:r>
          </w:p>
        </w:tc>
      </w:tr>
      <w:tr>
        <w:tc>
          <w:tcPr>
            <w:tcW w:type="dxa" w:w="5426"/>
          </w:tcPr>
          <w:p>
            <w:r/>
            <w:r>
              <w:rPr>
                <w:b w:val="0"/>
                <w:sz w:val="19"/>
              </w:rPr>
              <w:t>Anlamadığımda sordum.</w:t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  <w:t>○</w:t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  <w:t>○</w:t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  <w:t>○</w:t>
            </w:r>
          </w:p>
        </w:tc>
      </w:tr>
      <w:tr>
        <w:tc>
          <w:tcPr>
            <w:tcW w:type="dxa" w:w="5426"/>
          </w:tcPr>
          <w:p>
            <w:r/>
            <w:r>
              <w:rPr>
                <w:b w:val="0"/>
                <w:sz w:val="19"/>
              </w:rPr>
              <w:t>Kitap okudum.</w:t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  <w:t>○</w:t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  <w:t>○</w:t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  <w:t>○</w:t>
            </w:r>
          </w:p>
        </w:tc>
      </w:tr>
      <w:tr>
        <w:tc>
          <w:tcPr>
            <w:tcW w:type="dxa" w:w="5426"/>
          </w:tcPr>
          <w:p>
            <w:r/>
            <w:r>
              <w:rPr>
                <w:b w:val="0"/>
                <w:sz w:val="19"/>
              </w:rPr>
              <w:t>Bugün yeni bir şey öğrendim.</w:t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  <w:t>○</w:t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  <w:t>○</w:t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  <w:t>○</w:t>
            </w:r>
          </w:p>
        </w:tc>
      </w:tr>
      <w:tr>
        <w:tc>
          <w:tcPr>
            <w:tcW w:type="dxa" w:w="5426"/>
          </w:tcPr>
          <w:p>
            <w:r/>
            <w:r>
              <w:rPr>
                <w:b w:val="0"/>
                <w:sz w:val="19"/>
              </w:rPr>
              <w:t>Kendimle gurur duyuyorum.</w:t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  <w:t>○</w:t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  <w:t>○</w:t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  <w:t>○</w:t>
            </w:r>
          </w:p>
        </w:tc>
      </w:tr>
    </w:tbl>
    <w:p/>
    <w:p>
      <w:r>
        <w:rPr>
          <w:b/>
          <w:color w:val="0A5650"/>
        </w:rPr>
        <w:t>En çok neyi sevdim? (yaz ya da çiz)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b/>
          <w:color w:val="0A5650"/>
        </w:rPr>
        <w:t>Bir dahaki sefere ne yapacağım?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Öğrenci Öz Değerlendirme Formu (Yüz İfadeli)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