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Bdr>
          <w:bottom w:val="single" w:sz="12" w:color="0F766E"/>
        </w:pBdr>
      </w:pPr>
      <w:r>
        <w:rPr>
          <w:b/>
          <w:color w:val="0F766E"/>
          <w:sz w:val="22"/>
        </w:rPr>
        <w:t>Ders Pusulası</w:t>
      </w:r>
      <w:r>
        <w:rPr>
          <w:color w:val="4A5A64"/>
          <w:sz w:val="18"/>
        </w:rPr>
        <w:t xml:space="preserve">    2026-2027 Eğitim-Öğretim Yılı</w:t>
      </w:r>
    </w:p>
    <w:p>
      <w:pPr>
        <w:jc w:val="center"/>
      </w:pPr>
      <w:r>
        <w:rPr>
          <w:b/>
          <w:color w:val="0A5650"/>
          <w:sz w:val="32"/>
        </w:rPr>
        <w:t>Öğrenci Sağlık Bilgi ve İlaç Kullanım Formu</w:t>
      </w:r>
    </w:p>
    <w:p>
      <w:pPr>
        <w:jc w:val="center"/>
      </w:pPr>
      <w:r>
        <w:rPr>
          <w:b/>
          <w:color w:val="4A5A64"/>
          <w:sz w:val="20"/>
        </w:rPr>
        <w:t>2026-2027 Eğitim-Öğretim Yılı</w:t>
      </w:r>
    </w:p>
    <w:tbl>
      <w:tblPr>
        <w:tblW w:type="auto" w:w="0"/>
        <w:jc w:val="center"/>
        <w:tblLook w:firstColumn="1" w:firstRow="1" w:lastColumn="0" w:lastRow="0" w:noHBand="0" w:noVBand="1" w:val="04A0"/>
      </w:tblPr>
      <w:tblGrid>
        <w:gridCol w:w="4933"/>
        <w:gridCol w:w="4933"/>
      </w:tblGrid>
      <w:tr>
        <w:tc>
          <w:tcPr>
            <w:tcW w:type="dxa" w:w="4933"/>
          </w:tcPr>
          <w:p>
            <w:r/>
            <w:r>
              <w:rPr>
                <w:b/>
                <w:color w:val="0A5650"/>
              </w:rPr>
              <w:t xml:space="preserve">Sınıf / Şube: </w:t>
            </w:r>
            <w:r>
              <w:rPr>
                <w:b w:val="0"/>
              </w:rPr>
              <w:t>…… / ……</w:t>
            </w:r>
          </w:p>
        </w:tc>
        <w:tc>
          <w:tcPr>
            <w:tcW w:type="dxa" w:w="4933"/>
          </w:tcPr>
          <w:p>
            <w:r/>
            <w:r>
              <w:rPr>
                <w:b/>
                <w:color w:val="0A5650"/>
              </w:rPr>
              <w:t xml:space="preserve">Formu Dolduran: </w:t>
            </w:r>
            <w:r>
              <w:rPr>
                <w:b w:val="0"/>
              </w:rPr>
              <w:t>…………………………</w:t>
            </w:r>
          </w:p>
        </w:tc>
      </w:tr>
      <w:tr>
        <w:tc>
          <w:tcPr>
            <w:tcW w:type="dxa" w:w="4933"/>
          </w:tcPr>
          <w:p>
            <w:r/>
            <w:r>
              <w:rPr>
                <w:b/>
                <w:color w:val="0A5650"/>
              </w:rPr>
              <w:t xml:space="preserve">Doğum Tarihi: </w:t>
            </w:r>
            <w:r>
              <w:rPr>
                <w:b w:val="0"/>
              </w:rPr>
              <w:t>…… / …… / ……</w:t>
            </w:r>
          </w:p>
        </w:tc>
        <w:tc>
          <w:tcPr>
            <w:tcW w:type="dxa" w:w="4933"/>
          </w:tcPr>
          <w:p/>
        </w:tc>
      </w:tr>
      <w:tr>
        <w:tc>
          <w:tcPr>
            <w:tcW w:type="dxa" w:w="9866"/>
            <w:gridSpan w:val="2"/>
          </w:tcPr>
          <w:p>
            <w:r/>
            <w:r>
              <w:rPr>
                <w:b/>
                <w:color w:val="0A5650"/>
              </w:rPr>
              <w:t xml:space="preserve">Öğrencinin Adı Soyadı: </w:t>
            </w:r>
            <w:r>
              <w:rPr>
                <w:b w:val="0"/>
              </w:rPr>
              <w:t>………………………………………………………………</w:t>
            </w:r>
          </w:p>
        </w:tc>
      </w:tr>
    </w:tbl>
    <w:p/>
    <w:tbl>
      <w:tblPr>
        <w:tblW w:type="auto" w:w="0"/>
        <w:tblLook w:firstColumn="1" w:firstRow="1" w:lastColumn="0" w:lastRow="0" w:noHBand="0" w:noVBand="1" w:val="04A0"/>
      </w:tblPr>
      <w:tblGrid>
        <w:gridCol w:w="9866"/>
      </w:tblGrid>
      <w:tr>
        <w:tc>
          <w:tcPr>
            <w:tcW w:type="dxa" w:w="9866"/>
            <w:shd w:val="clear" w:color="auto" w:fill="FFF6E3"/>
          </w:tcPr>
          <w:p>
            <w:r/>
            <w:r>
              <w:rPr>
                <w:b w:val="0"/>
                <w:sz w:val="19"/>
              </w:rPr>
              <w:t>Bu form yalnız çocuğunuzun okulda sağlığı ve güvenliği için istenir. Bilgiler, yalnız bunun için bilmesi gereken okul personeliyle (sınıf ve branş öğretmenleri, nöbetçi öğretmen, okul idaresi) ve acil bir durumda sağlık ekipleriyle paylaşılır. Yıl içinde durum değişirse lütfen okula yazılı bildirin.</w:t>
            </w:r>
          </w:p>
        </w:tc>
      </w:tr>
    </w:tbl>
    <w:p/>
    <w:p>
      <w:pPr>
        <w:spacing w:before="160"/>
      </w:pPr>
      <w:r>
        <w:rPr>
          <w:b/>
          <w:color w:val="0F766E"/>
          <w:sz w:val="25"/>
        </w:rPr>
        <w:t>Sağlık Durumu</w:t>
      </w:r>
    </w:p>
    <w:tbl>
      <w:tblPr>
        <w:tblW w:type="auto" w:w="0"/>
        <w:jc w:val="center"/>
        <w:tblLook w:firstColumn="1" w:firstRow="1" w:lastColumn="0" w:lastRow="0" w:noHBand="0" w:noVBand="1" w:val="04A0"/>
      </w:tblPr>
      <w:tblGrid>
        <w:gridCol w:w="4933"/>
        <w:gridCol w:w="4933"/>
      </w:tblGrid>
      <w:tr>
        <w:tc>
          <w:tcPr>
            <w:tcW w:type="dxa" w:w="4933"/>
          </w:tcPr>
          <w:p/>
        </w:tc>
        <w:tc>
          <w:tcPr>
            <w:tcW w:type="dxa" w:w="4933"/>
          </w:tcPr>
          <w:p/>
        </w:tc>
      </w:tr>
      <w:tr>
        <w:tc>
          <w:tcPr>
            <w:tcW w:type="dxa" w:w="9866"/>
            <w:gridSpan w:val="2"/>
          </w:tcPr>
          <w:p>
            <w:r/>
            <w:r>
              <w:rPr>
                <w:b/>
                <w:color w:val="0A5650"/>
              </w:rPr>
              <w:t xml:space="preserve">Kronik Hastalık: </w:t>
            </w:r>
            <w:r>
              <w:rPr>
                <w:b w:val="0"/>
              </w:rPr>
              <w:t>………………………………………………………………</w:t>
            </w:r>
          </w:p>
        </w:tc>
      </w:tr>
      <w:tr>
        <w:tc>
          <w:tcPr>
            <w:tcW w:type="dxa" w:w="9866"/>
            <w:gridSpan w:val="2"/>
          </w:tcPr>
          <w:p>
            <w:r/>
            <w:r>
              <w:rPr>
                <w:b/>
                <w:color w:val="0A5650"/>
              </w:rPr>
              <w:t xml:space="preserve">Besin Alerjisi: </w:t>
            </w:r>
            <w:r>
              <w:rPr>
                <w:b w:val="0"/>
              </w:rPr>
              <w:t>………………………………………………………………</w:t>
            </w:r>
          </w:p>
        </w:tc>
      </w:tr>
      <w:tr>
        <w:tc>
          <w:tcPr>
            <w:tcW w:type="dxa" w:w="9866"/>
            <w:gridSpan w:val="2"/>
          </w:tcPr>
          <w:p>
            <w:r/>
            <w:r>
              <w:rPr>
                <w:b/>
                <w:color w:val="0A5650"/>
              </w:rPr>
              <w:t xml:space="preserve">İlaç / Arı / Diğer Alerji: </w:t>
            </w:r>
            <w:r>
              <w:rPr>
                <w:b w:val="0"/>
              </w:rPr>
              <w:t>………………………………………………………………</w:t>
            </w:r>
          </w:p>
        </w:tc>
      </w:tr>
      <w:tr>
        <w:tc>
          <w:tcPr>
            <w:tcW w:type="dxa" w:w="9866"/>
            <w:gridSpan w:val="2"/>
          </w:tcPr>
          <w:p>
            <w:r/>
            <w:r>
              <w:rPr>
                <w:b/>
                <w:color w:val="0A5650"/>
              </w:rPr>
              <w:t xml:space="preserve">Görme ya da İşitme Durumu: </w:t>
            </w:r>
            <w:r>
              <w:rPr>
                <w:b w:val="0"/>
              </w:rPr>
              <w:t>☐ Sorun yok ☐ Gözlük ☐ İşitme cihazı ☐ Diğer</w:t>
            </w:r>
          </w:p>
        </w:tc>
      </w:tr>
      <w:tr>
        <w:tc>
          <w:tcPr>
            <w:tcW w:type="dxa" w:w="9866"/>
            <w:gridSpan w:val="2"/>
          </w:tcPr>
          <w:p>
            <w:r/>
            <w:r>
              <w:rPr>
                <w:b/>
                <w:color w:val="0A5650"/>
              </w:rPr>
              <w:t xml:space="preserve">Okulda Dikkat Edilmesi Gerekenler: </w:t>
            </w:r>
            <w:r>
              <w:rPr>
                <w:b w:val="0"/>
              </w:rPr>
              <w:t>………………………………………………………………</w:t>
            </w:r>
          </w:p>
        </w:tc>
      </w:tr>
    </w:tbl>
    <w:p/>
    <w:p>
      <w:pPr>
        <w:spacing w:before="160"/>
      </w:pPr>
      <w:r>
        <w:rPr>
          <w:b/>
          <w:color w:val="0F766E"/>
          <w:sz w:val="25"/>
        </w:rPr>
        <w:t>Sürekli Kullanılan İlaç</w:t>
      </w:r>
    </w:p>
    <w:tbl>
      <w:tblPr>
        <w:tblW w:type="auto" w:w="0"/>
        <w:tblLook w:firstColumn="1" w:firstRow="1" w:lastColumn="0" w:lastRow="0" w:noHBand="0" w:noVBand="1" w:val="04A0"/>
        <w:tblBorders>
          <w:top w:val="single" w:sz="6" w:color="B7C4C1"/>
          <w:left w:val="single" w:sz="6" w:color="B7C4C1"/>
          <w:bottom w:val="single" w:sz="6" w:color="B7C4C1"/>
          <w:right w:val="single" w:sz="6" w:color="B7C4C1"/>
          <w:insideH w:val="single" w:sz="6" w:color="B7C4C1"/>
          <w:insideV w:val="single" w:sz="6" w:color="B7C4C1"/>
        </w:tblBorders>
      </w:tblPr>
      <w:tblGrid>
        <w:gridCol w:w="2466"/>
        <w:gridCol w:w="2466"/>
        <w:gridCol w:w="2466"/>
        <w:gridCol w:w="2466"/>
      </w:tblGrid>
      <w:tr>
        <w:tc>
          <w:tcPr>
            <w:tcW w:type="dxa" w:w="2959"/>
            <w:shd w:val="clear" w:color="auto" w:fill="E6F2F0"/>
          </w:tcPr>
          <w:p>
            <w:r/>
            <w:r>
              <w:rPr>
                <w:b/>
                <w:color w:val="0A5650"/>
                <w:sz w:val="19"/>
              </w:rPr>
              <w:t>İlacın Adı</w:t>
            </w:r>
          </w:p>
        </w:tc>
        <w:tc>
          <w:tcPr>
            <w:tcW w:type="dxa" w:w="1776"/>
            <w:shd w:val="clear" w:color="auto" w:fill="E6F2F0"/>
          </w:tcPr>
          <w:p>
            <w:r/>
            <w:r>
              <w:rPr>
                <w:b/>
                <w:color w:val="0A5650"/>
                <w:sz w:val="19"/>
              </w:rPr>
              <w:t>Dozu</w:t>
            </w:r>
          </w:p>
        </w:tc>
        <w:tc>
          <w:tcPr>
            <w:tcW w:type="dxa" w:w="1776"/>
            <w:shd w:val="clear" w:color="auto" w:fill="E6F2F0"/>
          </w:tcPr>
          <w:p>
            <w:r/>
            <w:r>
              <w:rPr>
                <w:b/>
                <w:color w:val="0A5650"/>
                <w:sz w:val="19"/>
              </w:rPr>
              <w:t>Saati</w:t>
            </w:r>
          </w:p>
        </w:tc>
        <w:tc>
          <w:tcPr>
            <w:tcW w:type="dxa" w:w="3354"/>
            <w:shd w:val="clear" w:color="auto" w:fill="E6F2F0"/>
          </w:tcPr>
          <w:p>
            <w:r/>
            <w:r>
              <w:rPr>
                <w:b/>
                <w:color w:val="0A5650"/>
                <w:sz w:val="19"/>
              </w:rPr>
              <w:t>Ne İçin</w:t>
            </w:r>
          </w:p>
        </w:tc>
      </w:tr>
      <w:tr>
        <w:tc>
          <w:tcPr>
            <w:tcW w:type="dxa" w:w="2959"/>
          </w:tcPr>
          <w:p>
            <w:r/>
          </w:p>
        </w:tc>
        <w:tc>
          <w:tcPr>
            <w:tcW w:type="dxa" w:w="1776"/>
          </w:tcPr>
          <w:p>
            <w:r/>
          </w:p>
        </w:tc>
        <w:tc>
          <w:tcPr>
            <w:tcW w:type="dxa" w:w="1776"/>
          </w:tcPr>
          <w:p>
            <w:r/>
          </w:p>
        </w:tc>
        <w:tc>
          <w:tcPr>
            <w:tcW w:type="dxa" w:w="3354"/>
          </w:tcPr>
          <w:p>
            <w:r/>
          </w:p>
        </w:tc>
      </w:tr>
      <w:tr>
        <w:tc>
          <w:tcPr>
            <w:tcW w:type="dxa" w:w="2959"/>
          </w:tcPr>
          <w:p>
            <w:r/>
          </w:p>
        </w:tc>
        <w:tc>
          <w:tcPr>
            <w:tcW w:type="dxa" w:w="1776"/>
          </w:tcPr>
          <w:p>
            <w:r/>
          </w:p>
        </w:tc>
        <w:tc>
          <w:tcPr>
            <w:tcW w:type="dxa" w:w="1776"/>
          </w:tcPr>
          <w:p>
            <w:r/>
          </w:p>
        </w:tc>
        <w:tc>
          <w:tcPr>
            <w:tcW w:type="dxa" w:w="3354"/>
          </w:tcPr>
          <w:p>
            <w:r/>
          </w:p>
        </w:tc>
      </w:tr>
      <w:tr>
        <w:tc>
          <w:tcPr>
            <w:tcW w:type="dxa" w:w="2959"/>
          </w:tcPr>
          <w:p>
            <w:r/>
          </w:p>
        </w:tc>
        <w:tc>
          <w:tcPr>
            <w:tcW w:type="dxa" w:w="1776"/>
          </w:tcPr>
          <w:p>
            <w:r/>
          </w:p>
        </w:tc>
        <w:tc>
          <w:tcPr>
            <w:tcW w:type="dxa" w:w="1776"/>
          </w:tcPr>
          <w:p>
            <w:r/>
          </w:p>
        </w:tc>
        <w:tc>
          <w:tcPr>
            <w:tcW w:type="dxa" w:w="3354"/>
          </w:tcPr>
          <w:p>
            <w:r/>
          </w:p>
        </w:tc>
      </w:tr>
    </w:tbl>
    <w:p/>
    <w:tbl>
      <w:tblPr>
        <w:tblW w:type="auto" w:w="0"/>
        <w:tblLook w:firstColumn="1" w:firstRow="1" w:lastColumn="0" w:lastRow="0" w:noHBand="0" w:noVBand="1" w:val="04A0"/>
        <w:tblBorders>
          <w:top w:val="single" w:sz="6" w:color="B7C4C1"/>
          <w:left w:val="single" w:sz="6" w:color="B7C4C1"/>
          <w:bottom w:val="single" w:sz="6" w:color="B7C4C1"/>
          <w:right w:val="single" w:sz="6" w:color="B7C4C1"/>
          <w:insideH w:val="single" w:sz="6" w:color="B7C4C1"/>
          <w:insideV w:val="single" w:sz="6" w:color="B7C4C1"/>
        </w:tblBorders>
      </w:tblPr>
      <w:tblGrid>
        <w:gridCol w:w="9866"/>
      </w:tblGrid>
      <w:tr>
        <w:tc>
          <w:tcPr>
            <w:tcW w:type="dxa" w:w="9866"/>
            <w:shd w:val="clear" w:color="auto" w:fill="FFFDF8"/>
          </w:tcPr>
          <w:p>
            <w:r/>
            <w:r>
              <w:rPr>
                <w:b/>
                <w:color w:val="0F766E"/>
              </w:rPr>
              <w:t>Önemli</w:t>
              <w:br/>
            </w:r>
            <w:r>
              <w:rPr>
                <w:b w:val="0"/>
              </w:rPr>
              <w:t>Okulda ilaç verilmesi, okul idaresinin belirlediği usule ve velinin yazılı talebine bağlıdır; reçetesiz ilaç verilmez ve öğretmen kendi başına ilaç uygulamaz. Acil bir durumda önce 112 aranır.</w:t>
            </w:r>
          </w:p>
        </w:tc>
      </w:tr>
    </w:tbl>
    <w:p/>
    <w:p>
      <w:r>
        <w:rPr>
          <w:b w:val="0"/>
        </w:rPr>
        <w:t>☐  Çocuğumun okulda yukarıdaki ilacı belirtilen doz ve saatte kullanmasına izin veriyorum</w:t>
      </w:r>
    </w:p>
    <w:p>
      <w:r>
        <w:rPr>
          <w:b w:val="0"/>
        </w:rPr>
        <w:t>☐  Acil bir durumda en yakın sağlık kuruluşuna götürülmesine izin veriyorum</w:t>
      </w:r>
    </w:p>
    <w:p>
      <w:pPr>
        <w:spacing w:before="160"/>
      </w:pPr>
      <w:r>
        <w:rPr>
          <w:b/>
          <w:color w:val="0F766E"/>
          <w:sz w:val="25"/>
        </w:rPr>
        <w:t>Acil Durumda Aranacak Kişiler</w:t>
      </w:r>
    </w:p>
    <w:tbl>
      <w:tblPr>
        <w:tblW w:type="auto" w:w="0"/>
        <w:tblLook w:firstColumn="1" w:firstRow="1" w:lastColumn="0" w:lastRow="0" w:noHBand="0" w:noVBand="1" w:val="04A0"/>
        <w:tblBorders>
          <w:top w:val="single" w:sz="6" w:color="B7C4C1"/>
          <w:left w:val="single" w:sz="6" w:color="B7C4C1"/>
          <w:bottom w:val="single" w:sz="6" w:color="B7C4C1"/>
          <w:right w:val="single" w:sz="6" w:color="B7C4C1"/>
          <w:insideH w:val="single" w:sz="6" w:color="B7C4C1"/>
          <w:insideV w:val="single" w:sz="6" w:color="B7C4C1"/>
        </w:tblBorders>
      </w:tblPr>
      <w:tblGrid>
        <w:gridCol w:w="3289"/>
        <w:gridCol w:w="3289"/>
        <w:gridCol w:w="3289"/>
      </w:tblGrid>
      <w:tr>
        <w:tc>
          <w:tcPr>
            <w:tcW w:type="dxa" w:w="3946"/>
            <w:shd w:val="clear" w:color="auto" w:fill="E6F2F0"/>
          </w:tcPr>
          <w:p>
            <w:r/>
            <w:r>
              <w:rPr>
                <w:b/>
                <w:color w:val="0A5650"/>
                <w:sz w:val="19"/>
              </w:rPr>
              <w:t>Adı Soyadı</w:t>
            </w:r>
          </w:p>
        </w:tc>
        <w:tc>
          <w:tcPr>
            <w:tcW w:type="dxa" w:w="2565"/>
            <w:shd w:val="clear" w:color="auto" w:fill="E6F2F0"/>
          </w:tcPr>
          <w:p>
            <w:r/>
            <w:r>
              <w:rPr>
                <w:b/>
                <w:color w:val="0A5650"/>
                <w:sz w:val="19"/>
              </w:rPr>
              <w:t>Yakınlığı</w:t>
            </w:r>
          </w:p>
        </w:tc>
        <w:tc>
          <w:tcPr>
            <w:tcW w:type="dxa" w:w="3354"/>
            <w:shd w:val="clear" w:color="auto" w:fill="E6F2F0"/>
          </w:tcPr>
          <w:p>
            <w:r/>
            <w:r>
              <w:rPr>
                <w:b/>
                <w:color w:val="0A5650"/>
                <w:sz w:val="19"/>
              </w:rPr>
              <w:t>Telefon</w:t>
            </w:r>
          </w:p>
        </w:tc>
      </w:tr>
      <w:tr>
        <w:tc>
          <w:tcPr>
            <w:tcW w:type="dxa" w:w="3946"/>
          </w:tcPr>
          <w:p>
            <w:r/>
          </w:p>
        </w:tc>
        <w:tc>
          <w:tcPr>
            <w:tcW w:type="dxa" w:w="2565"/>
          </w:tcPr>
          <w:p>
            <w:r/>
          </w:p>
        </w:tc>
        <w:tc>
          <w:tcPr>
            <w:tcW w:type="dxa" w:w="3354"/>
          </w:tcPr>
          <w:p>
            <w:r/>
          </w:p>
        </w:tc>
      </w:tr>
      <w:tr>
        <w:tc>
          <w:tcPr>
            <w:tcW w:type="dxa" w:w="3946"/>
          </w:tcPr>
          <w:p>
            <w:r/>
          </w:p>
        </w:tc>
        <w:tc>
          <w:tcPr>
            <w:tcW w:type="dxa" w:w="2565"/>
          </w:tcPr>
          <w:p>
            <w:r/>
          </w:p>
        </w:tc>
        <w:tc>
          <w:tcPr>
            <w:tcW w:type="dxa" w:w="3354"/>
          </w:tcPr>
          <w:p>
            <w:r/>
          </w:p>
        </w:tc>
      </w:tr>
      <w:tr>
        <w:tc>
          <w:tcPr>
            <w:tcW w:type="dxa" w:w="3946"/>
          </w:tcPr>
          <w:p>
            <w:r/>
          </w:p>
        </w:tc>
        <w:tc>
          <w:tcPr>
            <w:tcW w:type="dxa" w:w="2565"/>
          </w:tcPr>
          <w:p>
            <w:r/>
          </w:p>
        </w:tc>
        <w:tc>
          <w:tcPr>
            <w:tcW w:type="dxa" w:w="3354"/>
          </w:tcPr>
          <w:p>
            <w:r/>
          </w:p>
        </w:tc>
      </w:tr>
    </w:tbl>
    <w:p/>
    <w:tbl>
      <w:tblPr>
        <w:tblW w:type="auto" w:w="0"/>
        <w:tblLook w:firstColumn="1" w:firstRow="1" w:lastColumn="0" w:lastRow="0" w:noHBand="0" w:noVBand="1" w:val="04A0"/>
        <w:tblBorders>
          <w:top w:val="single" w:sz="6" w:color="B7C4C1"/>
          <w:left w:val="single" w:sz="6" w:color="B7C4C1"/>
          <w:bottom w:val="single" w:sz="6" w:color="B7C4C1"/>
          <w:right w:val="single" w:sz="6" w:color="B7C4C1"/>
          <w:insideH w:val="single" w:sz="6" w:color="B7C4C1"/>
          <w:insideV w:val="single" w:sz="6" w:color="B7C4C1"/>
        </w:tblBorders>
      </w:tblPr>
      <w:tblGrid>
        <w:gridCol w:w="9866"/>
      </w:tblGrid>
      <w:tr>
        <w:tc>
          <w:tcPr>
            <w:tcW w:type="dxa" w:w="9866"/>
            <w:shd w:val="clear" w:color="auto" w:fill="FFFDF8"/>
          </w:tcPr>
          <w:p>
            <w:r/>
            <w:r>
              <w:rPr>
                <w:b/>
                <w:color w:val="0F766E"/>
              </w:rPr>
              <w:t>Kişisel Verilerin Korunması</w:t>
              <w:br/>
            </w:r>
            <w:r>
              <w:rPr>
                <w:b w:val="0"/>
              </w:rPr>
              <w:t>Veri sorumlusu: ………………………… Okulu Müdürlüğü. Sağlık bilgisi özel nitelikli kişisel veridir (6698 sayılı KVKK m.6); yalnız çocuğun okulda sağlığının ve güvenliğinin korunması amacıyla, açık rızanızla işlenir. Form öğrenci dosyasında saklanır; çocuğunuz okuldan ayrıldığında ya da siz rızanızı geri aldığınızda okul idaresince imha edilir. KVKK m.11'deki haklarınızı (bilgi isteme, düzeltme, silme, itiraz) okul müdürlüğüne yazılı başvuruyla kullanabilirsiniz.</w:t>
            </w:r>
          </w:p>
        </w:tc>
      </w:tr>
    </w:tbl>
    <w:p/>
    <w:p>
      <w:r>
        <w:rPr>
          <w:b w:val="0"/>
        </w:rPr>
        <w:t>☐  Yukarıdaki bilgilendirmeyi okudum; çocuğumun sağlık bilgilerinin bu amaçla işlenmesine ve belirtilen kişilerle paylaşılmasına açık rıza veriyorum.</w:t>
      </w:r>
    </w:p>
    <w:tbl>
      <w:tblPr>
        <w:tblW w:type="auto" w:w="0"/>
        <w:jc w:val="center"/>
        <w:tblLook w:firstColumn="1" w:firstRow="1" w:lastColumn="0" w:lastRow="0" w:noHBand="0" w:noVBand="1" w:val="04A0"/>
      </w:tblPr>
      <w:tblGrid>
        <w:gridCol w:w="3289"/>
        <w:gridCol w:w="3289"/>
        <w:gridCol w:w="3289"/>
      </w:tblGrid>
      <w:tr>
        <w:tc>
          <w:tcPr>
            <w:tcW w:type="dxa" w:w="3289"/>
          </w:tcPr>
          <w:p>
            <w:r/>
            <w:r>
              <w:br/>
              <w:br/>
              <w:br/>
            </w:r>
          </w:p>
        </w:tc>
        <w:tc>
          <w:tcPr>
            <w:tcW w:type="dxa" w:w="3289"/>
          </w:tcPr>
          <w:p>
            <w:r/>
            <w:r>
              <w:br/>
              <w:br/>
              <w:br/>
            </w:r>
          </w:p>
        </w:tc>
        <w:tc>
          <w:tcPr>
            <w:tcW w:type="dxa" w:w="3289"/>
          </w:tcPr>
          <w:p>
            <w:r/>
            <w:r>
              <w:br/>
              <w:br/>
              <w:br/>
            </w:r>
          </w:p>
        </w:tc>
      </w:tr>
      <w:tr>
        <w:tc>
          <w:tcPr>
            <w:tcW w:type="dxa" w:w="3289"/>
          </w:tcPr>
          <w:p>
            <w:pPr>
              <w:jc w:val="center"/>
            </w:pPr>
            <w:r/>
            <w:r>
              <w:rPr>
                <w:b/>
                <w:sz w:val="19"/>
              </w:rPr>
              <w:t>Veli</w:t>
              <w:br/>
            </w:r>
            <w:r>
              <w:rPr>
                <w:b w:val="0"/>
                <w:color w:val="4A5A64"/>
                <w:sz w:val="19"/>
              </w:rPr>
              <w:t>…………………………</w:t>
            </w:r>
          </w:p>
        </w:tc>
        <w:tc>
          <w:tcPr>
            <w:tcW w:type="dxa" w:w="3289"/>
          </w:tcPr>
          <w:p>
            <w:pPr>
              <w:jc w:val="center"/>
            </w:pPr>
            <w:r/>
            <w:r>
              <w:rPr>
                <w:b/>
                <w:sz w:val="19"/>
              </w:rPr>
              <w:t>Sınıf Öğretmeni</w:t>
              <w:br/>
            </w:r>
            <w:r>
              <w:rPr>
                <w:b w:val="0"/>
                <w:color w:val="4A5A64"/>
                <w:sz w:val="19"/>
              </w:rPr>
              <w:t>…………………………</w:t>
            </w:r>
          </w:p>
        </w:tc>
        <w:tc>
          <w:tcPr>
            <w:tcW w:type="dxa" w:w="3289"/>
          </w:tcPr>
          <w:p>
            <w:pPr>
              <w:jc w:val="center"/>
            </w:pPr>
            <w:r/>
            <w:r>
              <w:rPr>
                <w:b/>
                <w:sz w:val="19"/>
              </w:rPr>
              <w:t>Okul Müdürü</w:t>
              <w:br/>
            </w:r>
            <w:r>
              <w:rPr>
                <w:b w:val="0"/>
                <w:color w:val="4A5A64"/>
                <w:sz w:val="19"/>
              </w:rPr>
              <w:t>…………………………</w:t>
            </w:r>
          </w:p>
        </w:tc>
      </w:tr>
    </w:tbl>
    <w:p>
      <w:r>
        <w:rPr>
          <w:b w:val="0"/>
          <w:color w:val="4A5A64"/>
          <w:sz w:val="15"/>
        </w:rPr>
        <w:t>Bu belge Ders Pusulası tarafından hazırlanmış bir TASLAKTIR; okulunuzun idaresi ve güncel mevzuatla teyit ederek kullanınız. derspusulasi.com</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A64"/>
        <w:sz w:val="15"/>
      </w:rPr>
      <w:t>derspusulasi.com · Öğrenci Sağlık Bilgi ve İlaç Kullanım Formu</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