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Öğrenci Tanıma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form yalnız sınıf öğretmeni ve rehberlik servisi tarafından kullanılır; bilgiler gizli tutulur. Cevaplamak istemediğiniz soruyu boş bırakabilirsiniz.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Öğrenci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Doğum Tarihi / Yeri: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Okul Öncesi Eğitim Aldı mı?: </w:t>
            </w:r>
            <w:r>
              <w:rPr>
                <w:b w:val="0"/>
              </w:rPr>
              <w:t>☐ Evet (…… yıl)  ☐ Hayır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Kardeş Sayısı / Kaçıncı Çocuk: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Evde Kimlerle Yaşıyor: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Okula Nasıl Geliyor: </w:t>
            </w:r>
            <w:r>
              <w:rPr>
                <w:b w:val="0"/>
              </w:rPr>
              <w:t>☐ Yürüyerek ☐ Servis ☐ Veli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Bilgileri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1. Veli Telefonu: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2. Veli Telefonu: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1. Veli Adı / Yakınlığı: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2. Veli Adı / Yakınlığı: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Teslim / velayetle ilgili bilmemiz gereken durum: </w:t>
            </w:r>
            <w:r>
              <w:rPr>
                <w:b w:val="0"/>
              </w:rPr>
              <w:t>☐ Yok  ☐ Var (öğretmenle görüşünüz)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Acil Durumda Aranacak Kişi / Tel.: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Sağlık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Kronik Hastalık: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Alerji (besin, ilaç, diğer):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Sürekli Kullandığı İlaç: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Görme / İşitme: </w:t>
            </w:r>
            <w:r>
              <w:rPr>
                <w:b w:val="0"/>
              </w:rPr>
              <w:t>☐ Sorun yok ☐ Gözlük ☐ İşitme cihazı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Geçirdiği Ameliyat / Kaza: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Rapor / Tanı (varsa):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Alışkanlıklar ve İlgi Alanları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Uyku Saati: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Günlük Ekran Süresi: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En Sevdiği Oyun / Etkinlik: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Evde Kitap Okunuyor mu?: </w:t>
            </w:r>
            <w:r>
              <w:rPr>
                <w:b w:val="0"/>
              </w:rPr>
              <w:t>☐ Her gün ☐ Bazen ☐ Nadiren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Korkuları / Hassasiyetleri: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Sevmediği Yiyecekler: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Veliden Öğretmene</w:t>
      </w:r>
    </w:p>
    <w:p>
      <w:r>
        <w:rPr>
          <w:b/>
          <w:color w:val="0A5650"/>
        </w:rPr>
        <w:t>Çocuğunuzun güçlü yönleri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Desteklenmesini istediğiniz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Öğretmeninin bilmesini istediğiniz başka bir şey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Velinin Adı Soyadı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Tarih</w:t>
              <w:br/>
            </w:r>
            <w:r>
              <w:rPr>
                <w:b w:val="0"/>
                <w:color w:val="4A5A64"/>
                <w:sz w:val="19"/>
              </w:rPr>
              <w:t>…… / …… / 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İmza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Tanıma Formu (Veli Doldurur)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