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Ürün Dosyam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Sınıfım: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Öğretmenim: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Okulum: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Adım Soyadım: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 w:val="0"/>
        </w:rPr>
        <w:t>Bu dosyada yıl boyunca yaptığım çalışmalar var. Her çalışmayı neden seçtiğimi kendim yazdım.</w:t>
      </w:r>
    </w:p>
    <w:p>
      <w:pPr>
        <w:spacing w:before="160"/>
      </w:pPr>
      <w:r>
        <w:rPr>
          <w:b/>
          <w:color w:val="0F766E"/>
          <w:sz w:val="25"/>
        </w:rPr>
        <w:t>İçindekiler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Çalışmanın Adı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Bunu Neden Seçtim?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</w:tr>
    </w:tbl>
    <w:p/>
    <w:p>
      <w:r>
        <w:br w:type="page"/>
      </w:r>
    </w:p>
    <w:p>
      <w:pPr>
        <w:spacing w:before="160"/>
      </w:pPr>
      <w:r>
        <w:rPr>
          <w:b/>
          <w:color w:val="0F766E"/>
          <w:sz w:val="25"/>
        </w:rPr>
        <w:t>Kendimi Değerlendiriyorum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933"/>
        <w:gridCol w:w="4933"/>
      </w:tblGrid>
      <w:tr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</w:t>
            </w:r>
          </w:p>
        </w:tc>
        <w:tc>
          <w:tcPr>
            <w:tcW w:type="dxa" w:w="552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Cevabım</w:t>
            </w:r>
          </w:p>
        </w:tc>
      </w:tr>
      <w:tr>
        <w:tc>
          <w:tcPr>
            <w:tcW w:type="dxa" w:w="4340"/>
          </w:tcPr>
          <w:p>
            <w:r/>
            <w:r>
              <w:rPr>
                <w:b w:val="0"/>
                <w:sz w:val="19"/>
              </w:rPr>
              <w:t>En çok beğendiğim çalışmam hangisi?</w:t>
            </w:r>
          </w:p>
        </w:tc>
        <w:tc>
          <w:tcPr>
            <w:tcW w:type="dxa" w:w="5524"/>
          </w:tcPr>
          <w:p>
            <w:r/>
          </w:p>
        </w:tc>
      </w:tr>
      <w:tr>
        <w:tc>
          <w:tcPr>
            <w:tcW w:type="dxa" w:w="4340"/>
          </w:tcPr>
          <w:p>
            <w:r/>
            <w:r>
              <w:rPr>
                <w:b w:val="0"/>
                <w:sz w:val="19"/>
              </w:rPr>
              <w:t>Bu yıl en çok neyi öğrendim?</w:t>
            </w:r>
          </w:p>
        </w:tc>
        <w:tc>
          <w:tcPr>
            <w:tcW w:type="dxa" w:w="5524"/>
          </w:tcPr>
          <w:p>
            <w:r/>
          </w:p>
        </w:tc>
      </w:tr>
      <w:tr>
        <w:tc>
          <w:tcPr>
            <w:tcW w:type="dxa" w:w="4340"/>
          </w:tcPr>
          <w:p>
            <w:r/>
            <w:r>
              <w:rPr>
                <w:b w:val="0"/>
                <w:sz w:val="19"/>
              </w:rPr>
              <w:t>Hangi çalışmada zorlandım?</w:t>
            </w:r>
          </w:p>
        </w:tc>
        <w:tc>
          <w:tcPr>
            <w:tcW w:type="dxa" w:w="5524"/>
          </w:tcPr>
          <w:p>
            <w:r/>
          </w:p>
        </w:tc>
      </w:tr>
      <w:tr>
        <w:tc>
          <w:tcPr>
            <w:tcW w:type="dxa" w:w="4340"/>
          </w:tcPr>
          <w:p>
            <w:r/>
            <w:r>
              <w:rPr>
                <w:b w:val="0"/>
                <w:sz w:val="19"/>
              </w:rPr>
              <w:t>Gelecek yıl neyi daha iyi yapmak istiyorum?</w:t>
            </w:r>
          </w:p>
        </w:tc>
        <w:tc>
          <w:tcPr>
            <w:tcW w:type="dxa" w:w="552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Görüşü</w:t>
      </w:r>
    </w:p>
    <w:p>
      <w:r>
        <w:rPr>
          <w:b/>
          <w:color w:val="0A5650"/>
        </w:rPr>
        <w:t>Çocuğunuzun dosyasını birlikte inceleyin ve ona bir not yazın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Öğrenci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Öğrenci Ürün Dosyası (Portfolyo) — Kapak ve İçindekiler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