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Öğrenci Yaka Kartları</w:t>
      </w:r>
    </w:p>
    <w:p>
      <w:pPr>
        <w:jc w:val="center"/>
      </w:pPr>
      <w:r>
        <w:rPr>
          <w:b/>
          <w:color w:val="4A5A64"/>
          <w:sz w:val="20"/>
        </w:rPr>
        <w:t>Kes, doldur, tak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br/>
            </w:r>
            <w:r>
              <w:rPr>
                <w:b/>
                <w:sz w:val="19"/>
              </w:rPr>
              <w:t>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Soyadım: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Sınıfım:</w:t>
            </w:r>
            <w:r>
              <w:rPr>
                <w:b w:val="0"/>
                <w:sz w:val="19"/>
              </w:rPr>
              <w:t xml:space="preserve"> …… / ……</w:t>
              <w:br/>
              <w:br/>
            </w:r>
            <w:r>
              <w:rPr>
                <w:b/>
                <w:sz w:val="19"/>
              </w:rPr>
              <w:t>Öğretmenim: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Okulum:</w:t>
            </w:r>
            <w:r>
              <w:rPr>
                <w:b w:val="0"/>
                <w:sz w:val="19"/>
              </w:rPr>
              <w:t xml:space="preserve"> ……………………………</w:t>
              <w:br/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br/>
            </w:r>
            <w:r>
              <w:rPr>
                <w:b/>
                <w:sz w:val="19"/>
              </w:rPr>
              <w:t>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Soyadım: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Sınıfım:</w:t>
            </w:r>
            <w:r>
              <w:rPr>
                <w:b w:val="0"/>
                <w:sz w:val="19"/>
              </w:rPr>
              <w:t xml:space="preserve"> …… / ……</w:t>
              <w:br/>
              <w:br/>
            </w:r>
            <w:r>
              <w:rPr>
                <w:b/>
                <w:sz w:val="19"/>
              </w:rPr>
              <w:t>Öğretmenim: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Okulum:</w:t>
            </w:r>
            <w:r>
              <w:rPr>
                <w:b w:val="0"/>
                <w:sz w:val="19"/>
              </w:rPr>
              <w:t xml:space="preserve"> ……………………………</w:t>
              <w:br/>
            </w:r>
          </w:p>
        </w:tc>
      </w:tr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br/>
            </w:r>
            <w:r>
              <w:rPr>
                <w:b/>
                <w:sz w:val="19"/>
              </w:rPr>
              <w:t>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Soyadım: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Sınıfım:</w:t>
            </w:r>
            <w:r>
              <w:rPr>
                <w:b w:val="0"/>
                <w:sz w:val="19"/>
              </w:rPr>
              <w:t xml:space="preserve"> …… / ……</w:t>
              <w:br/>
              <w:br/>
            </w:r>
            <w:r>
              <w:rPr>
                <w:b/>
                <w:sz w:val="19"/>
              </w:rPr>
              <w:t>Öğretmenim: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Okulum:</w:t>
            </w:r>
            <w:r>
              <w:rPr>
                <w:b w:val="0"/>
                <w:sz w:val="19"/>
              </w:rPr>
              <w:t xml:space="preserve"> ……………………………</w:t>
              <w:br/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br/>
            </w:r>
            <w:r>
              <w:rPr>
                <w:b/>
                <w:sz w:val="19"/>
              </w:rPr>
              <w:t>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Soyadım: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Sınıfım:</w:t>
            </w:r>
            <w:r>
              <w:rPr>
                <w:b w:val="0"/>
                <w:sz w:val="19"/>
              </w:rPr>
              <w:t xml:space="preserve"> …… / ……</w:t>
              <w:br/>
              <w:br/>
            </w:r>
            <w:r>
              <w:rPr>
                <w:b/>
                <w:sz w:val="19"/>
              </w:rPr>
              <w:t>Öğretmenim: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Okulum:</w:t>
            </w:r>
            <w:r>
              <w:rPr>
                <w:b w:val="0"/>
                <w:sz w:val="19"/>
              </w:rPr>
              <w:t xml:space="preserve"> ……………………………</w:t>
              <w:br/>
            </w:r>
          </w:p>
        </w:tc>
      </w:tr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br/>
            </w:r>
            <w:r>
              <w:rPr>
                <w:b/>
                <w:sz w:val="19"/>
              </w:rPr>
              <w:t>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Soyadım: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Sınıfım:</w:t>
            </w:r>
            <w:r>
              <w:rPr>
                <w:b w:val="0"/>
                <w:sz w:val="19"/>
              </w:rPr>
              <w:t xml:space="preserve"> …… / ……</w:t>
              <w:br/>
              <w:br/>
            </w:r>
            <w:r>
              <w:rPr>
                <w:b/>
                <w:sz w:val="19"/>
              </w:rPr>
              <w:t>Öğretmenim: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Okulum:</w:t>
            </w:r>
            <w:r>
              <w:rPr>
                <w:b w:val="0"/>
                <w:sz w:val="19"/>
              </w:rPr>
              <w:t xml:space="preserve"> ……………………………</w:t>
              <w:br/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br/>
            </w:r>
            <w:r>
              <w:rPr>
                <w:b/>
                <w:sz w:val="19"/>
              </w:rPr>
              <w:t>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Soyadım: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Sınıfım:</w:t>
            </w:r>
            <w:r>
              <w:rPr>
                <w:b w:val="0"/>
                <w:sz w:val="19"/>
              </w:rPr>
              <w:t xml:space="preserve"> …… / ……</w:t>
              <w:br/>
              <w:br/>
            </w:r>
            <w:r>
              <w:rPr>
                <w:b/>
                <w:sz w:val="19"/>
              </w:rPr>
              <w:t>Öğretmenim: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Okulum:</w:t>
            </w:r>
            <w:r>
              <w:rPr>
                <w:b w:val="0"/>
                <w:sz w:val="19"/>
              </w:rPr>
              <w:t xml:space="preserve"> ……………………………</w:t>
              <w:br/>
            </w:r>
          </w:p>
        </w:tc>
      </w:tr>
      <w:tr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br/>
            </w:r>
            <w:r>
              <w:rPr>
                <w:b/>
                <w:sz w:val="19"/>
              </w:rPr>
              <w:t>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Soyadım: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Sınıfım:</w:t>
            </w:r>
            <w:r>
              <w:rPr>
                <w:b w:val="0"/>
                <w:sz w:val="19"/>
              </w:rPr>
              <w:t xml:space="preserve"> …… / ……</w:t>
              <w:br/>
              <w:br/>
            </w:r>
            <w:r>
              <w:rPr>
                <w:b/>
                <w:sz w:val="19"/>
              </w:rPr>
              <w:t>Öğretmenim: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Okulum:</w:t>
            </w:r>
            <w:r>
              <w:rPr>
                <w:b w:val="0"/>
                <w:sz w:val="19"/>
              </w:rPr>
              <w:t xml:space="preserve"> ……………………………</w:t>
              <w:br/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br/>
            </w:r>
            <w:r>
              <w:rPr>
                <w:b/>
                <w:sz w:val="19"/>
              </w:rPr>
              <w:t>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Soyadım: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Sınıfım:</w:t>
            </w:r>
            <w:r>
              <w:rPr>
                <w:b w:val="0"/>
                <w:sz w:val="19"/>
              </w:rPr>
              <w:t xml:space="preserve"> …… / ……</w:t>
              <w:br/>
              <w:br/>
            </w:r>
            <w:r>
              <w:rPr>
                <w:b/>
                <w:sz w:val="19"/>
              </w:rPr>
              <w:t>Öğretmenim:</w:t>
            </w:r>
            <w:r>
              <w:rPr>
                <w:b w:val="0"/>
                <w:sz w:val="19"/>
              </w:rPr>
              <w:t xml:space="preserve"> ……………………………</w:t>
              <w:br/>
              <w:br/>
            </w:r>
            <w:r>
              <w:rPr>
                <w:b/>
                <w:sz w:val="19"/>
              </w:rPr>
              <w:t>Okulum:</w:t>
            </w:r>
            <w:r>
              <w:rPr>
                <w:b w:val="0"/>
                <w:sz w:val="19"/>
              </w:rPr>
              <w:t xml:space="preserve"> ……………………………</w:t>
              <w:br/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Kişisel verilerin korunması için yaka kartına telefon ve adres yazmayınız. Gezilerde okulun ve öğretmenin iletişim bilgisi öğretmende bulunur.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Öğrenci Yaka Kartları (8'li)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