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/>
    <w:p>
      <w:r>
        <w:rPr>
          <w:b/>
        </w:rPr>
        <w:t>…………………………………… İLKOKULU MÜDÜRLÜĞÜNE</w:t>
      </w:r>
    </w:p>
    <w:p/>
    <w:p>
      <w:r>
        <w:rPr>
          <w:b/>
        </w:rPr>
        <w:t>Konu:</w:t>
      </w:r>
      <w:r>
        <w:rPr>
          <w:b w:val="0"/>
        </w:rPr>
        <w:t xml:space="preserve"> ………………………………………………………………</w:t>
      </w:r>
    </w:p>
    <w:p/>
    <w:p>
      <w:r>
        <w:rPr>
          <w:b w:val="0"/>
        </w:rPr>
        <w:t>Okulunuzda …… / …… sınıfı öğretmeni olarak görev yapmaktayım. ……………………………………………………………… ……………………………………………………………… ………………………………………………………………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 w:val="0"/>
        </w:rPr>
        <w:t>Gereğini bilgilerinize arz ederim.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br/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Tarih: …… / …… / ……</w:t>
              <w:br/>
              <w:t>Adı Soyadı</w:t>
              <w:br/>
              <w:t>İmza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9866"/>
      </w:tblGrid>
      <w:tr>
        <w:tc>
          <w:tcPr>
            <w:tcW w:type="dxa" w:w="9866"/>
            <w:shd w:val="clear" w:color="auto" w:fill="FFFDF8"/>
          </w:tcPr>
          <w:p>
            <w:r/>
            <w:r>
              <w:rPr>
                <w:b/>
                <w:color w:val="0F766E"/>
              </w:rPr>
              <w:t>İletişim ve Ekler</w:t>
              <w:br/>
            </w:r>
            <w:r>
              <w:rPr>
                <w:b w:val="0"/>
              </w:rPr>
              <w:t>Adres: ………………………………………………………………</w:t>
              <w:br/>
              <w:t>Telefon: …………………………     e-posta: …………………………</w:t>
              <w:br/>
              <w:t>Ekler: 1- …………………………   2- 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Dilekçe tek sayfa, sade ve nettir: önce konu, sonra gerekçe, sonunda açık talep. İzin dilekçelerinde tarih aralığı ve yerine bakacak öğretmen belirtilir.</w:t>
            </w:r>
          </w:p>
        </w:tc>
      </w:tr>
    </w:tbl>
    <w:p/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Öğretmen Dilekçe Şablonu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