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Öğretmen Tanıtım Formu</w:t>
      </w:r>
    </w:p>
    <w:p>
      <w:pPr>
        <w:jc w:val="center"/>
      </w:pPr>
      <w:r>
        <w:rPr>
          <w:b/>
          <w:color w:val="4A5A64"/>
          <w:sz w:val="20"/>
        </w:rPr>
        <w:t>2026-2027 Eğitim-Öğretim Yılı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Öğretmen dosyasının ilk sayfasıdır. Kişisel bilgiler dosyada kalır; kimlik ve iletişim bilgilerini panoya asmayın.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Branş: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Göreve Başlama Tarihi: </w:t>
            </w:r>
            <w:r>
              <w:rPr>
                <w:b w:val="0"/>
              </w:rPr>
              <w:t>…… / …… / 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…… / ……</w:t>
            </w:r>
          </w:p>
        </w:tc>
        <w:tc>
          <w:tcPr>
            <w:tcW w:type="dxa" w:w="4933"/>
          </w:tcPr>
          <w:p/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Adı Soyadı: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Görev Yaptığı Okul: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Mezun Olduğu Yükseköğretim Kurumu: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Bu Okuldaki Görev Süresi: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Kurum İçi İletişim (dahili / e-posta):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Hizmet İçi Eğitim ve Sertifikalar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4143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Eğitimin Adı</w:t>
            </w:r>
          </w:p>
        </w:tc>
        <w:tc>
          <w:tcPr>
            <w:tcW w:type="dxa" w:w="276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Veren Kurum</w:t>
            </w:r>
          </w:p>
        </w:tc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Süre</w:t>
            </w:r>
          </w:p>
        </w:tc>
        <w:tc>
          <w:tcPr>
            <w:tcW w:type="dxa" w:w="1578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Yıl</w:t>
            </w:r>
          </w:p>
        </w:tc>
      </w:tr>
      <w:tr>
        <w:tc>
          <w:tcPr>
            <w:tcW w:type="dxa" w:w="4143"/>
          </w:tcPr>
          <w:p>
            <w:r/>
          </w:p>
        </w:tc>
        <w:tc>
          <w:tcPr>
            <w:tcW w:type="dxa" w:w="2762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4143"/>
          </w:tcPr>
          <w:p>
            <w:r/>
          </w:p>
        </w:tc>
        <w:tc>
          <w:tcPr>
            <w:tcW w:type="dxa" w:w="2762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4143"/>
          </w:tcPr>
          <w:p>
            <w:r/>
          </w:p>
        </w:tc>
        <w:tc>
          <w:tcPr>
            <w:tcW w:type="dxa" w:w="2762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4143"/>
          </w:tcPr>
          <w:p>
            <w:r/>
          </w:p>
        </w:tc>
        <w:tc>
          <w:tcPr>
            <w:tcW w:type="dxa" w:w="2762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4143"/>
          </w:tcPr>
          <w:p>
            <w:r/>
          </w:p>
        </w:tc>
        <w:tc>
          <w:tcPr>
            <w:tcW w:type="dxa" w:w="2762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4143"/>
          </w:tcPr>
          <w:p>
            <w:r/>
          </w:p>
        </w:tc>
        <w:tc>
          <w:tcPr>
            <w:tcW w:type="dxa" w:w="2762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1578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Yürüttüğü Proje, Kulüp ve Ek Görevler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3289"/>
        <w:gridCol w:w="3289"/>
        <w:gridCol w:w="3289"/>
      </w:tblGrid>
      <w:tr>
        <w:tc>
          <w:tcPr>
            <w:tcW w:type="dxa" w:w="4143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Görev / Proje</w:t>
            </w:r>
          </w:p>
        </w:tc>
        <w:tc>
          <w:tcPr>
            <w:tcW w:type="dxa" w:w="335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Kapsam</w:t>
            </w:r>
          </w:p>
        </w:tc>
        <w:tc>
          <w:tcPr>
            <w:tcW w:type="dxa" w:w="236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Durum</w:t>
            </w:r>
          </w:p>
        </w:tc>
      </w:tr>
      <w:tr>
        <w:tc>
          <w:tcPr>
            <w:tcW w:type="dxa" w:w="4143"/>
          </w:tcPr>
          <w:p>
            <w:r/>
          </w:p>
        </w:tc>
        <w:tc>
          <w:tcPr>
            <w:tcW w:type="dxa" w:w="3354"/>
          </w:tcPr>
          <w:p>
            <w:r/>
          </w:p>
        </w:tc>
        <w:tc>
          <w:tcPr>
            <w:tcW w:type="dxa" w:w="2367"/>
          </w:tcPr>
          <w:p>
            <w:r/>
          </w:p>
        </w:tc>
      </w:tr>
      <w:tr>
        <w:tc>
          <w:tcPr>
            <w:tcW w:type="dxa" w:w="4143"/>
          </w:tcPr>
          <w:p>
            <w:r/>
          </w:p>
        </w:tc>
        <w:tc>
          <w:tcPr>
            <w:tcW w:type="dxa" w:w="3354"/>
          </w:tcPr>
          <w:p>
            <w:r/>
          </w:p>
        </w:tc>
        <w:tc>
          <w:tcPr>
            <w:tcW w:type="dxa" w:w="2367"/>
          </w:tcPr>
          <w:p>
            <w:r/>
          </w:p>
        </w:tc>
      </w:tr>
      <w:tr>
        <w:tc>
          <w:tcPr>
            <w:tcW w:type="dxa" w:w="4143"/>
          </w:tcPr>
          <w:p>
            <w:r/>
          </w:p>
        </w:tc>
        <w:tc>
          <w:tcPr>
            <w:tcW w:type="dxa" w:w="3354"/>
          </w:tcPr>
          <w:p>
            <w:r/>
          </w:p>
        </w:tc>
        <w:tc>
          <w:tcPr>
            <w:tcW w:type="dxa" w:w="2367"/>
          </w:tcPr>
          <w:p>
            <w:r/>
          </w:p>
        </w:tc>
      </w:tr>
      <w:tr>
        <w:tc>
          <w:tcPr>
            <w:tcW w:type="dxa" w:w="4143"/>
          </w:tcPr>
          <w:p>
            <w:r/>
          </w:p>
        </w:tc>
        <w:tc>
          <w:tcPr>
            <w:tcW w:type="dxa" w:w="3354"/>
          </w:tcPr>
          <w:p>
            <w:r/>
          </w:p>
        </w:tc>
        <w:tc>
          <w:tcPr>
            <w:tcW w:type="dxa" w:w="2367"/>
          </w:tcPr>
          <w:p>
            <w:r/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Öğretmen Tanıtım (Bilgi) Formu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