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1. Sınıf Türkçe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2. Tema: Mustafa Kemal'den Atatürk'e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“o” Sesi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4. Tema: Yol Arkadaşımız Kitaplar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“h” Sesi Seti · “p” Sesi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6. Tema: Minik Kâşifler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Fasulye Deneyi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34. hafta — 31 Mayıs – 4 Haziran · 8. Tema: Sorumluluklarımızın Farkındayız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Sınıf Meclisi Seti · Yazım &amp; Noktalama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1.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