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3. Sınıf Fen Bilimleri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7.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26–30 Ekim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2. Ünite: Canlılar Dünyasına Yolculuk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28 Aralık – 1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6. Ünite: Yaşamımızı Kolaylaştıran Elektrik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34.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31 Mayıs – 4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8. Ünite: Canlıların Yaşam Alanlarına Yolculuk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7. hafta — 26–30 Ekim · 2. Ünite: Canlılar Dünyasına Yolculuk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Duyu Organlarının İşlevleri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15. hafta — 28 Aralık – 1 Ocak · 4. Ünite: Maddeyi Tanıyalım, Karıştırıp Ayıralım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Maddenin Katı, Sıvı ve Gaz Hâli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25. hafta — 29 Mart – 2 Nisan · 6. Ünite: Yaşamımızı Kolaylaştıran Elektrik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34. hafta — 31 Mayıs – 4 Haziran · 8. Ünite: Canlıların Yaşam Alanlarına Yolculuk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3. Sınıf Fen Bilimleri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