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Haziran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Haziran 2027 – 25 Haziran 2027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35. – 37.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Haziran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