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Sene Sonu Teslim Kontrol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Öğretim yılı sonu: </w:t>
            </w:r>
            <w:r>
              <w:rPr>
                <w:b w:val="0"/>
              </w:rPr>
              <w:t>25 Haziran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/>
        </w:tc>
      </w:tr>
    </w:tbl>
    <w:p/>
    <w:p>
      <w:pPr>
        <w:spacing w:before="160"/>
      </w:pPr>
      <w:r>
        <w:rPr>
          <w:b/>
          <w:color w:val="0F766E"/>
          <w:sz w:val="25"/>
        </w:rPr>
        <w:t>e-Okul İşlemleri</w:t>
      </w:r>
    </w:p>
    <w:p>
      <w:r>
        <w:rPr>
          <w:b w:val="0"/>
        </w:rPr>
        <w:t>☐  Devamsızlık bilgileri güncel ve tam</w:t>
      </w:r>
    </w:p>
    <w:p>
      <w:r>
        <w:rPr>
          <w:b w:val="0"/>
        </w:rPr>
        <w:t>☐  Okunan kitaplar girildi</w:t>
      </w:r>
    </w:p>
    <w:p>
      <w:r>
        <w:rPr>
          <w:b w:val="0"/>
        </w:rPr>
        <w:t>☐  Karne öğretmen görüşleri yazıldı</w:t>
      </w:r>
    </w:p>
    <w:p>
      <w:r>
        <w:rPr>
          <w:b w:val="0"/>
        </w:rPr>
        <w:t>☐  Davranış / gelişim notları girildi (1-3. sınıf)</w:t>
      </w:r>
    </w:p>
    <w:p>
      <w:r>
        <w:rPr>
          <w:b w:val="0"/>
        </w:rPr>
        <w:t>☐  Puanlar ve yıl sonu değerlendirmeleri kontrol edildi (4. sınıf)</w:t>
      </w:r>
    </w:p>
    <w:p>
      <w:r>
        <w:rPr>
          <w:b w:val="0"/>
        </w:rPr>
        <w:t>☐  Sosyal etkinlik katılımları işaretlendi</w:t>
      </w:r>
    </w:p>
    <w:p>
      <w:pPr>
        <w:spacing w:before="160"/>
      </w:pPr>
      <w:r>
        <w:rPr>
          <w:b/>
          <w:color w:val="0F766E"/>
          <w:sz w:val="25"/>
        </w:rPr>
        <w:t>Okul İdaresine Teslim Edilecekler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13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Evrak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Hazır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Teslim Tarihi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Teslim Alan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Sınıf defteri (doldurulmuş, imzalı)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Yıllık planlar (uygulama notlarıyla)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Zümre toplantı tutanakları (4 toplantı)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Veli toplantısı tutanakları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Sınıf rehberlik yıl sonu raporu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Kulüp yıl sonu raporu ve dosyası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ŞÖK tutanakları (4. sınıf)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BEP değerlendirme raporları (varsa)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Ürün dosyaları / öğrenci gelişim dosyaları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Sınıf demirbaş listesi (sene sonu sayımı)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Ders kitapları / kitaplık teslimi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Anahtar ve sınıf teslimi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Müdür Yardımcısı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Sene Sonu İdareye Teslim Kontrol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