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Serbest Etkinlikler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…… Sınıf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Serbest etkinlik saatleri oyun, drama, okuma, sanat, müzik, gezi-gözlem ve sınıf sohbetleri için kullanılır; not verilmez. Etkinlikler belirli gün ve haftalarla eşleştirilebilir.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78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Araç-Gereç / Not</w:t>
            </w:r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14–18 Eylül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21–25 Eylül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28 Eylül – 2 Ekim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5–9 Ekim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12–16 Ekim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19–23 Ekim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26–30 Ekim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2–6 Kasım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9–13 Kasım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23–27 Kasım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30 Kasım – 4 Aralık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7–11 Aralık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14–18 Aralık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21–25 Aralık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28 Aralık – 1 Ocak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4–8 Ocak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11–15 Ocak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18–22 Ocak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8–12 Şubat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15–19 Şubat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22–26 Şubat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1–5 Mart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15–19 Mart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22–26 Mart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29 Mart – 2 Nisan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5–9 Nisan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12–16 Nisan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19–23 Nisan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26–30 Nisan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3–7 Mayıs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10–14 Mayıs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17–21 Mayıs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24–28 Mayıs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31 Mayıs – 4 Haziran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7–11 Haziran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14–18 Haziran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21–25 Haziran</w:t>
            </w:r>
          </w:p>
        </w:tc>
        <w:tc>
          <w:tcPr>
            <w:tcW w:type="dxa" w:w="4735"/>
          </w:tcPr>
          <w:p>
            <w:r/>
          </w:p>
        </w:tc>
        <w:tc>
          <w:tcPr>
            <w:tcW w:type="dxa" w:w="2367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Serbest Etkinlikler Yıllık Planı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