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Servis ve Okula Geliş-Gidiş Bilgi Çizelgesi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Öğretmeni: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Güncelleme: </w:t>
            </w:r>
            <w:r>
              <w:rPr>
                <w:b w:val="0"/>
              </w:rPr>
              <w:t>…… / …… /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Öğrenci, bu çizelgede adı yazılı olmayan hiç kimseye teslim edilmez. Değişiklik olursa veli okul idaresine yazılı bildirir. Çizelge kişisel veri içerir; sınıf dışına çıkarılmaz ve yıl sonunda imha edilir.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49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Öğrenci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Geliş Şekli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Servis No / Plaka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Servis Görevlisi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Çıkışta Teslim Edilecek Kişi ve Yakınlığı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Telefon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480"/>
          </w:tcPr>
          <w:p>
            <w:r/>
          </w:p>
        </w:tc>
        <w:tc>
          <w:tcPr>
            <w:tcW w:type="dxa" w:w="2170"/>
          </w:tcPr>
          <w:p>
            <w:r/>
          </w:p>
        </w:tc>
        <w:tc>
          <w:tcPr>
            <w:tcW w:type="dxa" w:w="1480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Servis ve Okula Geliş-Gidiş Bilgi Çizelgesi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